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F87D2" w14:textId="77777777" w:rsidR="00640EE7" w:rsidRDefault="0022088C">
      <w:pPr>
        <w:pStyle w:val="Heading1"/>
        <w:jc w:val="center"/>
      </w:pPr>
      <w:r>
        <w:t>Business Administration Apprentice (Level 3)</w:t>
      </w:r>
    </w:p>
    <w:p w14:paraId="6BDF160D" w14:textId="77777777" w:rsidR="0022088C" w:rsidRPr="0022088C" w:rsidRDefault="0022088C" w:rsidP="0022088C"/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640EE7" w14:paraId="6EA11CB5" w14:textId="77777777">
        <w:tc>
          <w:tcPr>
            <w:tcW w:w="4320" w:type="dxa"/>
          </w:tcPr>
          <w:p w14:paraId="7F6A48AB" w14:textId="77777777" w:rsidR="00640EE7" w:rsidRDefault="0022088C">
            <w:r>
              <w:t>Location:</w:t>
            </w:r>
          </w:p>
        </w:tc>
        <w:tc>
          <w:tcPr>
            <w:tcW w:w="4320" w:type="dxa"/>
          </w:tcPr>
          <w:p w14:paraId="2B72CFF8" w14:textId="77777777" w:rsidR="00640EE7" w:rsidRDefault="0022088C">
            <w:r>
              <w:t>The Sutton Academy</w:t>
            </w:r>
          </w:p>
        </w:tc>
      </w:tr>
      <w:tr w:rsidR="00640EE7" w14:paraId="6AE55F4C" w14:textId="77777777">
        <w:tc>
          <w:tcPr>
            <w:tcW w:w="4320" w:type="dxa"/>
          </w:tcPr>
          <w:p w14:paraId="35D72DC3" w14:textId="77777777" w:rsidR="00640EE7" w:rsidRDefault="0022088C">
            <w:r>
              <w:t>Hours:</w:t>
            </w:r>
          </w:p>
        </w:tc>
        <w:tc>
          <w:tcPr>
            <w:tcW w:w="4320" w:type="dxa"/>
          </w:tcPr>
          <w:p w14:paraId="1B035BCC" w14:textId="46AB3028" w:rsidR="00640EE7" w:rsidRDefault="0022088C">
            <w:r>
              <w:t>37 hours per week- Full Time</w:t>
            </w:r>
          </w:p>
        </w:tc>
      </w:tr>
      <w:tr w:rsidR="00640EE7" w14:paraId="2E02BF79" w14:textId="77777777">
        <w:tc>
          <w:tcPr>
            <w:tcW w:w="4320" w:type="dxa"/>
          </w:tcPr>
          <w:p w14:paraId="7C85DDAB" w14:textId="77777777" w:rsidR="00640EE7" w:rsidRDefault="0022088C">
            <w:r>
              <w:t>Contract Type:</w:t>
            </w:r>
          </w:p>
        </w:tc>
        <w:tc>
          <w:tcPr>
            <w:tcW w:w="4320" w:type="dxa"/>
          </w:tcPr>
          <w:p w14:paraId="3695DB17" w14:textId="77777777" w:rsidR="00640EE7" w:rsidRDefault="0022088C">
            <w:r>
              <w:t>Apprenticeship</w:t>
            </w:r>
          </w:p>
        </w:tc>
      </w:tr>
      <w:tr w:rsidR="00640EE7" w14:paraId="3564A88E" w14:textId="77777777">
        <w:tc>
          <w:tcPr>
            <w:tcW w:w="4320" w:type="dxa"/>
          </w:tcPr>
          <w:p w14:paraId="3A784EB0" w14:textId="77777777" w:rsidR="00640EE7" w:rsidRDefault="0022088C">
            <w:r>
              <w:t>Responsible to:</w:t>
            </w:r>
          </w:p>
        </w:tc>
        <w:tc>
          <w:tcPr>
            <w:tcW w:w="4320" w:type="dxa"/>
          </w:tcPr>
          <w:p w14:paraId="346F8596" w14:textId="77777777" w:rsidR="00640EE7" w:rsidRDefault="0022088C">
            <w:r>
              <w:t>Office Manager</w:t>
            </w:r>
          </w:p>
        </w:tc>
      </w:tr>
      <w:tr w:rsidR="00640EE7" w14:paraId="512F56FB" w14:textId="77777777">
        <w:tc>
          <w:tcPr>
            <w:tcW w:w="4320" w:type="dxa"/>
          </w:tcPr>
          <w:p w14:paraId="71A319FD" w14:textId="77777777" w:rsidR="00640EE7" w:rsidRDefault="0022088C">
            <w:r>
              <w:t>Salary:</w:t>
            </w:r>
          </w:p>
        </w:tc>
        <w:tc>
          <w:tcPr>
            <w:tcW w:w="4320" w:type="dxa"/>
          </w:tcPr>
          <w:p w14:paraId="1928E6EA" w14:textId="77777777" w:rsidR="00640EE7" w:rsidRDefault="0022088C">
            <w:r>
              <w:t>Apprentice Rate (in line with national apprenticeship guidelines)</w:t>
            </w:r>
          </w:p>
        </w:tc>
      </w:tr>
      <w:tr w:rsidR="00640EE7" w14:paraId="76A1842F" w14:textId="77777777">
        <w:tc>
          <w:tcPr>
            <w:tcW w:w="4320" w:type="dxa"/>
          </w:tcPr>
          <w:p w14:paraId="2028A8F6" w14:textId="77777777" w:rsidR="00640EE7" w:rsidRDefault="0022088C">
            <w:r>
              <w:t>Start Date:</w:t>
            </w:r>
          </w:p>
        </w:tc>
        <w:tc>
          <w:tcPr>
            <w:tcW w:w="4320" w:type="dxa"/>
          </w:tcPr>
          <w:p w14:paraId="52E6ADAC" w14:textId="191F5605" w:rsidR="00640EE7" w:rsidRDefault="0022088C">
            <w:r>
              <w:t>ASAP</w:t>
            </w:r>
          </w:p>
        </w:tc>
      </w:tr>
    </w:tbl>
    <w:p w14:paraId="2D590413" w14:textId="77777777" w:rsidR="00640EE7" w:rsidRDefault="00640EE7"/>
    <w:p w14:paraId="4AFE1043" w14:textId="77777777" w:rsidR="00640EE7" w:rsidRDefault="0022088C">
      <w:pPr>
        <w:pStyle w:val="Heading2"/>
      </w:pPr>
      <w:r>
        <w:t>Purpose of the Role</w:t>
      </w:r>
    </w:p>
    <w:p w14:paraId="0FC2BF7F" w14:textId="77777777" w:rsidR="00640EE7" w:rsidRDefault="0022088C">
      <w:r>
        <w:t>To provide high-quality administrative and clerical support to the academy’s administration teams, contributing to the smooth and efficient running of the school office. The role also includes front-of-house responsibilities, ensuring a professional and welcoming reception for all visitors, students, and staff.</w:t>
      </w:r>
    </w:p>
    <w:p w14:paraId="3D3926DB" w14:textId="77777777" w:rsidR="00640EE7" w:rsidRDefault="0022088C">
      <w:pPr>
        <w:pStyle w:val="Heading2"/>
      </w:pPr>
      <w:r>
        <w:t>Key Responsibilities</w:t>
      </w:r>
    </w:p>
    <w:p w14:paraId="5494707B" w14:textId="77777777" w:rsidR="00640EE7" w:rsidRDefault="0022088C">
      <w:pPr>
        <w:pStyle w:val="Heading3"/>
      </w:pPr>
      <w:r>
        <w:t>Administrative Support</w:t>
      </w:r>
    </w:p>
    <w:p w14:paraId="5DABFF1D" w14:textId="77777777" w:rsidR="00640EE7" w:rsidRDefault="0022088C">
      <w:r>
        <w:t xml:space="preserve">• Deliver a wide range of administrative tasks including data entry, document preparation, filing, and </w:t>
      </w:r>
      <w:r>
        <w:t>record-keeping.</w:t>
      </w:r>
      <w:r>
        <w:br/>
        <w:t>• Support Heads of Year, Achievement Leaders, and the Leadership Team with administrative duties such as producing letters, reports, and forms.</w:t>
      </w:r>
      <w:r>
        <w:br/>
        <w:t>• Maintain accurate and up-to-date records using the academy’s management information systems (MIS).</w:t>
      </w:r>
      <w:r>
        <w:br/>
        <w:t>• Assist with the preparation and distribution of internal communications and newsletters.</w:t>
      </w:r>
    </w:p>
    <w:p w14:paraId="2A66F2F9" w14:textId="77777777" w:rsidR="00640EE7" w:rsidRDefault="0022088C">
      <w:pPr>
        <w:pStyle w:val="Heading3"/>
      </w:pPr>
      <w:r>
        <w:t>Reception Duties</w:t>
      </w:r>
    </w:p>
    <w:p w14:paraId="4A840276" w14:textId="77777777" w:rsidR="00640EE7" w:rsidRDefault="0022088C">
      <w:r>
        <w:t>• Act as the first point of contact for visitors, parents, and students, ensuring a professional and courteous welcome.</w:t>
      </w:r>
      <w:r>
        <w:br/>
        <w:t>• Manage incoming calls, emails, and post, directing queries appropriately and ensuring timely responses.</w:t>
      </w:r>
      <w:r>
        <w:br/>
        <w:t>• Maintain the reception area to a high standard, ensuring it is tidy, welcoming, and informative.</w:t>
      </w:r>
    </w:p>
    <w:p w14:paraId="455F5810" w14:textId="77777777" w:rsidR="00640EE7" w:rsidRDefault="0022088C">
      <w:pPr>
        <w:pStyle w:val="Heading3"/>
      </w:pPr>
      <w:r>
        <w:lastRenderedPageBreak/>
        <w:t>Office Operations</w:t>
      </w:r>
    </w:p>
    <w:p w14:paraId="75C22691" w14:textId="77777777" w:rsidR="00640EE7" w:rsidRDefault="0022088C">
      <w:r>
        <w:t>• Operate and maintain office equipment including photocopiers, scanners, and shredders.</w:t>
      </w:r>
      <w:r>
        <w:br/>
        <w:t>• Support the organisation of meetings, including room bookings, hospitality arrangements, and preparation of materials.</w:t>
      </w:r>
      <w:r>
        <w:br/>
        <w:t>• Assist with stock control and ordering of office supplies.</w:t>
      </w:r>
    </w:p>
    <w:p w14:paraId="344E70D4" w14:textId="77777777" w:rsidR="00640EE7" w:rsidRDefault="0022088C">
      <w:pPr>
        <w:pStyle w:val="Heading3"/>
      </w:pPr>
      <w:r>
        <w:t>Student Support</w:t>
      </w:r>
    </w:p>
    <w:p w14:paraId="404B3B13" w14:textId="77777777" w:rsidR="00640EE7" w:rsidRDefault="0022088C">
      <w:r>
        <w:t>• Provide a supportive and approachable presence for students visiting the office.</w:t>
      </w:r>
      <w:r>
        <w:br/>
        <w:t>• Assist with student queries and signposting to appropriate staff or services.</w:t>
      </w:r>
    </w:p>
    <w:p w14:paraId="21261B60" w14:textId="77777777" w:rsidR="00640EE7" w:rsidRDefault="0022088C">
      <w:pPr>
        <w:pStyle w:val="Heading3"/>
      </w:pPr>
      <w:r>
        <w:t>Compliance and Policies</w:t>
      </w:r>
    </w:p>
    <w:p w14:paraId="4DF4F2B0" w14:textId="77777777" w:rsidR="00640EE7" w:rsidRDefault="0022088C">
      <w:r>
        <w:t>• Adhere to all academy policies including safeguarding, health and safety, equality and diversity, and data protection.</w:t>
      </w:r>
      <w:r>
        <w:br/>
        <w:t>• Maintain confidentiality and professionalism at all times.</w:t>
      </w:r>
    </w:p>
    <w:p w14:paraId="490F2859" w14:textId="77777777" w:rsidR="00640EE7" w:rsidRDefault="0022088C">
      <w:pPr>
        <w:pStyle w:val="Heading2"/>
      </w:pPr>
      <w:r>
        <w:t>Training and Development</w:t>
      </w:r>
    </w:p>
    <w:p w14:paraId="658BB313" w14:textId="77777777" w:rsidR="00640EE7" w:rsidRDefault="0022088C">
      <w:r>
        <w:t>• Work towards a Level 3 Business Administration qualification through a recognised training provider.</w:t>
      </w:r>
      <w:r>
        <w:br/>
        <w:t>• Participate in all required training sessions, reviews, and assessments.</w:t>
      </w:r>
      <w:r>
        <w:br/>
        <w:t>• Take an active role in personal development and continuous improvement.</w:t>
      </w:r>
    </w:p>
    <w:p w14:paraId="3B61CA73" w14:textId="77777777" w:rsidR="00640EE7" w:rsidRDefault="0022088C">
      <w:pPr>
        <w:pStyle w:val="Heading2"/>
      </w:pPr>
      <w:r>
        <w:t>Person Specification</w:t>
      </w:r>
    </w:p>
    <w:p w14:paraId="31A082DB" w14:textId="77777777" w:rsidR="00640EE7" w:rsidRDefault="0022088C">
      <w:pPr>
        <w:pStyle w:val="Heading3"/>
      </w:pPr>
      <w:r>
        <w:t>Essential</w:t>
      </w:r>
    </w:p>
    <w:p w14:paraId="75C8E6AB" w14:textId="77777777" w:rsidR="00640EE7" w:rsidRDefault="0022088C">
      <w:r>
        <w:t>• Minimum GCSE Grade 4 (C) or equivalent in English and Maths.</w:t>
      </w:r>
      <w:r>
        <w:br/>
        <w:t>• Strong IT skills, particularly in Microsoft Office (Word, Excel, Outlook).</w:t>
      </w:r>
      <w:r>
        <w:br/>
        <w:t>• Excellent verbal and written communication skills.</w:t>
      </w:r>
      <w:r>
        <w:br/>
        <w:t>• Ability to work independently and as part of a team.</w:t>
      </w:r>
      <w:r>
        <w:br/>
        <w:t>• Strong organisational skills and attention to detail.</w:t>
      </w:r>
      <w:r>
        <w:br/>
        <w:t>• Friendly, approachable, and professional manner.</w:t>
      </w:r>
      <w:r>
        <w:br/>
        <w:t>• Willingness to learn and take on new challenges.</w:t>
      </w:r>
    </w:p>
    <w:p w14:paraId="37462987" w14:textId="77777777" w:rsidR="00640EE7" w:rsidRDefault="0022088C">
      <w:pPr>
        <w:pStyle w:val="Heading3"/>
      </w:pPr>
      <w:r>
        <w:t>Desirable</w:t>
      </w:r>
    </w:p>
    <w:p w14:paraId="19B4002E" w14:textId="77777777" w:rsidR="00640EE7" w:rsidRDefault="0022088C">
      <w:r>
        <w:t>• Previous experience in a customer-facing or administrative role.</w:t>
      </w:r>
      <w:r>
        <w:br/>
        <w:t>• Familiarity with school environments or education settings.</w:t>
      </w:r>
      <w:r>
        <w:br/>
        <w:t>• Knowledge of school MIS systems (e.g., SIMS, Arbor).</w:t>
      </w:r>
    </w:p>
    <w:p w14:paraId="297799E9" w14:textId="77777777" w:rsidR="00640EE7" w:rsidRDefault="0022088C">
      <w:pPr>
        <w:pStyle w:val="Heading2"/>
      </w:pPr>
      <w:r>
        <w:t>Additional Information</w:t>
      </w:r>
    </w:p>
    <w:p w14:paraId="6C585822" w14:textId="77777777" w:rsidR="00640EE7" w:rsidRDefault="0022088C">
      <w:r>
        <w:t>• This post is subject to an Enhanced Disclosure &amp; Barring Service (DBS) check.</w:t>
      </w:r>
      <w:r>
        <w:br/>
        <w:t>• The role may evolve over time, and duties may be adjusted in line with the needs of the academy.</w:t>
      </w:r>
    </w:p>
    <w:sectPr w:rsidR="00640EE7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A58A2" w14:textId="77777777" w:rsidR="00570286" w:rsidRDefault="00570286">
      <w:pPr>
        <w:spacing w:after="0" w:line="240" w:lineRule="auto"/>
      </w:pPr>
      <w:r>
        <w:separator/>
      </w:r>
    </w:p>
  </w:endnote>
  <w:endnote w:type="continuationSeparator" w:id="0">
    <w:p w14:paraId="15ACA012" w14:textId="77777777" w:rsidR="00570286" w:rsidRDefault="00570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5AC83" w14:textId="77777777" w:rsidR="00640EE7" w:rsidRDefault="0022088C">
    <w:pPr>
      <w:pStyle w:val="Footer"/>
      <w:jc w:val="center"/>
    </w:pPr>
    <w:r>
      <w:t xml:space="preserve">The Sutton Academy | </w:t>
    </w:r>
    <w:r>
      <w:t>www.thesuttonacademy.org.uk | Tel: 01744 678859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BC8E6" w14:textId="77777777" w:rsidR="00570286" w:rsidRDefault="00570286">
      <w:pPr>
        <w:spacing w:after="0" w:line="240" w:lineRule="auto"/>
      </w:pPr>
      <w:r>
        <w:separator/>
      </w:r>
    </w:p>
  </w:footnote>
  <w:footnote w:type="continuationSeparator" w:id="0">
    <w:p w14:paraId="64E3C517" w14:textId="77777777" w:rsidR="00570286" w:rsidRDefault="00570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47096" w14:textId="77777777" w:rsidR="00640EE7" w:rsidRDefault="0022088C">
    <w:pPr>
      <w:pStyle w:val="Header"/>
      <w:jc w:val="center"/>
    </w:pPr>
    <w:r>
      <w:rPr>
        <w:b/>
        <w:sz w:val="32"/>
      </w:rPr>
      <w:t>The Sutton Academy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5467299">
    <w:abstractNumId w:val="8"/>
  </w:num>
  <w:num w:numId="2" w16cid:durableId="1607275540">
    <w:abstractNumId w:val="6"/>
  </w:num>
  <w:num w:numId="3" w16cid:durableId="1473866529">
    <w:abstractNumId w:val="5"/>
  </w:num>
  <w:num w:numId="4" w16cid:durableId="1951007999">
    <w:abstractNumId w:val="4"/>
  </w:num>
  <w:num w:numId="5" w16cid:durableId="423764659">
    <w:abstractNumId w:val="7"/>
  </w:num>
  <w:num w:numId="6" w16cid:durableId="882987612">
    <w:abstractNumId w:val="3"/>
  </w:num>
  <w:num w:numId="7" w16cid:durableId="806817186">
    <w:abstractNumId w:val="2"/>
  </w:num>
  <w:num w:numId="8" w16cid:durableId="108428397">
    <w:abstractNumId w:val="1"/>
  </w:num>
  <w:num w:numId="9" w16cid:durableId="155681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12B1"/>
    <w:rsid w:val="0022088C"/>
    <w:rsid w:val="0029639D"/>
    <w:rsid w:val="00326F90"/>
    <w:rsid w:val="00442D59"/>
    <w:rsid w:val="00570286"/>
    <w:rsid w:val="005D2DA9"/>
    <w:rsid w:val="00640EE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C243E6"/>
  <w14:defaultImageDpi w14:val="300"/>
  <w15:docId w15:val="{F206F9A2-EB2F-49BE-8272-D647C623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BFF5134EFE0D4993B0106B930F36B7" ma:contentTypeVersion="20" ma:contentTypeDescription="Create a new document." ma:contentTypeScope="" ma:versionID="077c85d672b27257023e4a064555b200">
  <xsd:schema xmlns:xsd="http://www.w3.org/2001/XMLSchema" xmlns:xs="http://www.w3.org/2001/XMLSchema" xmlns:p="http://schemas.microsoft.com/office/2006/metadata/properties" xmlns:ns2="26026ffd-e567-42c7-afdf-7d1108649c90" xmlns:ns3="94bd464a-b4a9-4b04-bd40-031ddfc3a51a" targetNamespace="http://schemas.microsoft.com/office/2006/metadata/properties" ma:root="true" ma:fieldsID="8f01619092ef7159f378f71aee606171" ns2:_="" ns3:_="">
    <xsd:import namespace="26026ffd-e567-42c7-afdf-7d1108649c90"/>
    <xsd:import namespace="94bd464a-b4a9-4b04-bd40-031ddfc3a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Imagesiz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26ffd-e567-42c7-afdf-7d1108649c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5af6cd1-e734-4730-b68e-ac1c82fbd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size" ma:index="26" nillable="true" ma:displayName="Image size" ma:format="Thumbnail" ma:internalName="Imagesiz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d464a-b4a9-4b04-bd40-031ddfc3a5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0ce1dc-9a91-4212-8189-0e1137b4dde6}" ma:internalName="TaxCatchAll" ma:showField="CatchAllData" ma:web="94bd464a-b4a9-4b04-bd40-031ddfc3a5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size xmlns="26026ffd-e567-42c7-afdf-7d1108649c90" xsi:nil="true"/>
    <lcf76f155ced4ddcb4097134ff3c332f xmlns="26026ffd-e567-42c7-afdf-7d1108649c90">
      <Terms xmlns="http://schemas.microsoft.com/office/infopath/2007/PartnerControls"/>
    </lcf76f155ced4ddcb4097134ff3c332f>
    <TaxCatchAll xmlns="94bd464a-b4a9-4b04-bd40-031ddfc3a51a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8F0610-44E7-4A4E-AA76-71CBB193E475}"/>
</file>

<file path=customXml/itemProps3.xml><?xml version="1.0" encoding="utf-8"?>
<ds:datastoreItem xmlns:ds="http://schemas.openxmlformats.org/officeDocument/2006/customXml" ds:itemID="{BE0EDDA4-9B15-4083-9353-73982D7D6EFB}"/>
</file>

<file path=customXml/itemProps4.xml><?xml version="1.0" encoding="utf-8"?>
<ds:datastoreItem xmlns:ds="http://schemas.openxmlformats.org/officeDocument/2006/customXml" ds:itemID="{FB78E16A-C6C8-4644-9288-DB769B7CED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 Morrison</cp:lastModifiedBy>
  <cp:revision>3</cp:revision>
  <dcterms:created xsi:type="dcterms:W3CDTF">2025-09-23T07:08:00Z</dcterms:created>
  <dcterms:modified xsi:type="dcterms:W3CDTF">2025-09-25T09:33:00Z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0x0101001ABFF5134EFE0D4993B0106B930F36B7</vt:lpwstr>
  </property>
</Properties>
</file>