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B857F" w14:textId="0E22395D" w:rsidR="00507978" w:rsidRDefault="00DD674C">
      <w:pPr>
        <w:pStyle w:val="Heading1"/>
      </w:pPr>
      <w:r>
        <w:t xml:space="preserve">Longsight Community Primary </w:t>
      </w:r>
      <w:r w:rsidR="0022722F">
        <w:t xml:space="preserve">Staffing Structure </w:t>
      </w:r>
    </w:p>
    <w:p w14:paraId="50ED09E4" w14:textId="77777777" w:rsidR="00DD674C" w:rsidRDefault="00DD674C" w:rsidP="00DD674C"/>
    <w:p w14:paraId="35AB2145" w14:textId="3198EA92" w:rsidR="00DD674C" w:rsidRPr="00DD674C" w:rsidRDefault="00DD674C" w:rsidP="00DD674C">
      <w:r w:rsidRPr="00DD674C">
        <w:drawing>
          <wp:inline distT="0" distB="0" distL="0" distR="0" wp14:anchorId="526BB17D" wp14:editId="4F055387">
            <wp:extent cx="5486400" cy="3657600"/>
            <wp:effectExtent l="0" t="0" r="0" b="0"/>
            <wp:docPr id="1711573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732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2C4A" w14:textId="1A6232E5" w:rsidR="00507978" w:rsidRDefault="00507978" w:rsidP="00DD674C">
      <w:pPr>
        <w:pStyle w:val="ListBullet"/>
        <w:numPr>
          <w:ilvl w:val="0"/>
          <w:numId w:val="0"/>
        </w:numPr>
        <w:ind w:left="360" w:hanging="360"/>
      </w:pPr>
    </w:p>
    <w:sectPr w:rsidR="0050797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25611760">
    <w:abstractNumId w:val="8"/>
  </w:num>
  <w:num w:numId="2" w16cid:durableId="727724192">
    <w:abstractNumId w:val="6"/>
  </w:num>
  <w:num w:numId="3" w16cid:durableId="1338649800">
    <w:abstractNumId w:val="5"/>
  </w:num>
  <w:num w:numId="4" w16cid:durableId="1673223174">
    <w:abstractNumId w:val="4"/>
  </w:num>
  <w:num w:numId="5" w16cid:durableId="642194939">
    <w:abstractNumId w:val="7"/>
  </w:num>
  <w:num w:numId="6" w16cid:durableId="444154799">
    <w:abstractNumId w:val="3"/>
  </w:num>
  <w:num w:numId="7" w16cid:durableId="1986159642">
    <w:abstractNumId w:val="2"/>
  </w:num>
  <w:num w:numId="8" w16cid:durableId="1250851137">
    <w:abstractNumId w:val="1"/>
  </w:num>
  <w:num w:numId="9" w16cid:durableId="880672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07978"/>
    <w:rsid w:val="00523604"/>
    <w:rsid w:val="00AA1D8D"/>
    <w:rsid w:val="00B47730"/>
    <w:rsid w:val="00CB0664"/>
    <w:rsid w:val="00DD674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D639BD"/>
  <w14:defaultImageDpi w14:val="300"/>
  <w15:docId w15:val="{5E247E08-473D-4EC3-9A6B-C3A3BD22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Keith Smith</cp:lastModifiedBy>
  <cp:revision>2</cp:revision>
  <dcterms:created xsi:type="dcterms:W3CDTF">2026-02-04T12:07:00Z</dcterms:created>
  <dcterms:modified xsi:type="dcterms:W3CDTF">2026-02-04T12:07:00Z</dcterms:modified>
  <cp:category/>
</cp:coreProperties>
</file>