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34513" w14:textId="717C22F0" w:rsidR="00F439EF" w:rsidRDefault="004B7654">
      <w:pPr>
        <w:jc w:val="center"/>
      </w:pPr>
      <w:r>
        <w:rPr>
          <w:noProof/>
          <w:lang w:eastAsia="en-GB"/>
        </w:rPr>
        <w:drawing>
          <wp:anchor distT="0" distB="0" distL="114300" distR="114300" simplePos="0" relativeHeight="251661312" behindDoc="0" locked="0" layoutInCell="1" allowOverlap="1" wp14:anchorId="0E69D67F" wp14:editId="3CF451E3">
            <wp:simplePos x="0" y="0"/>
            <wp:positionH relativeFrom="column">
              <wp:posOffset>-20955</wp:posOffset>
            </wp:positionH>
            <wp:positionV relativeFrom="paragraph">
              <wp:posOffset>0</wp:posOffset>
            </wp:positionV>
            <wp:extent cx="828675" cy="76962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8675" cy="76962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9264" behindDoc="0" locked="0" layoutInCell="1" allowOverlap="1" wp14:anchorId="73EAC157" wp14:editId="22EEF07D">
            <wp:simplePos x="0" y="0"/>
            <wp:positionH relativeFrom="margin">
              <wp:posOffset>8124825</wp:posOffset>
            </wp:positionH>
            <wp:positionV relativeFrom="page">
              <wp:posOffset>172720</wp:posOffset>
            </wp:positionV>
            <wp:extent cx="1672590" cy="995680"/>
            <wp:effectExtent l="0" t="0" r="3810" b="0"/>
            <wp:wrapThrough wrapText="bothSides">
              <wp:wrapPolygon edited="0">
                <wp:start x="0" y="0"/>
                <wp:lineTo x="0" y="21077"/>
                <wp:lineTo x="21403" y="21077"/>
                <wp:lineTo x="2140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2590" cy="995680"/>
                    </a:xfrm>
                    <a:prstGeom prst="rect">
                      <a:avLst/>
                    </a:prstGeom>
                  </pic:spPr>
                </pic:pic>
              </a:graphicData>
            </a:graphic>
            <wp14:sizeRelH relativeFrom="margin">
              <wp14:pctWidth>0</wp14:pctWidth>
            </wp14:sizeRelH>
            <wp14:sizeRelV relativeFrom="margin">
              <wp14:pctHeight>0</wp14:pctHeight>
            </wp14:sizeRelV>
          </wp:anchor>
        </w:drawing>
      </w:r>
      <w:r>
        <w:rPr>
          <w:b/>
          <w:sz w:val="36"/>
        </w:rPr>
        <w:t>Athersley South Primary School</w:t>
      </w:r>
    </w:p>
    <w:p w14:paraId="4A7DDBDE" w14:textId="7C9EC1C2" w:rsidR="00F439EF" w:rsidRDefault="004B7654">
      <w:pPr>
        <w:jc w:val="center"/>
      </w:pPr>
      <w:r>
        <w:rPr>
          <w:b/>
          <w:sz w:val="32"/>
        </w:rPr>
        <w:t>Employee Specification</w:t>
      </w:r>
    </w:p>
    <w:p w14:paraId="5968B80D" w14:textId="77777777" w:rsidR="00F439EF" w:rsidRDefault="004B7654">
      <w:pPr>
        <w:spacing w:after="120"/>
      </w:pPr>
      <w:r>
        <w:rPr>
          <w:sz w:val="17"/>
        </w:rPr>
        <w:t xml:space="preserve">When filling in the application form please demonstrate with clear, concise examples how you meet the requirements of the post. You will be assessed in relation to the Essential and Desirable </w:t>
      </w:r>
      <w:r>
        <w:rPr>
          <w:sz w:val="17"/>
        </w:rPr>
        <w:t xml:space="preserve">criteria. Please bear in mind that you must possess the Essential Criteria on day 1 to be able to do the job. If there are large numbers of applicants for the post then all of the criteria will be used for shortlisting. Under the Equality Act, we recognise and welcome our responsibility to remove any barriers in our recruitment and selection process. We have tried to assess this in our Job Description and Employee Specification, however if you feel that there are barriers, please tell us in the application </w:t>
      </w:r>
      <w:r>
        <w:rPr>
          <w:sz w:val="17"/>
        </w:rPr>
        <w:t>form. As part of the Equality Act we are committed to making reasonable adjustments, wherever possible and it would help us to know your needs in order to do this.</w:t>
      </w:r>
    </w:p>
    <w:tbl>
      <w:tblPr>
        <w:tblStyle w:val="TableGrid"/>
        <w:tblW w:w="0" w:type="auto"/>
        <w:jc w:val="center"/>
        <w:tblLook w:val="04A0" w:firstRow="1" w:lastRow="0" w:firstColumn="1" w:lastColumn="0" w:noHBand="0" w:noVBand="1"/>
      </w:tblPr>
      <w:tblGrid>
        <w:gridCol w:w="2589"/>
        <w:gridCol w:w="2588"/>
        <w:gridCol w:w="2588"/>
        <w:gridCol w:w="2588"/>
        <w:gridCol w:w="2588"/>
        <w:gridCol w:w="2587"/>
      </w:tblGrid>
      <w:tr w:rsidR="00F439EF" w14:paraId="1B7E8A06" w14:textId="77777777">
        <w:trPr>
          <w:jc w:val="center"/>
        </w:trPr>
        <w:tc>
          <w:tcPr>
            <w:tcW w:w="2590" w:type="dxa"/>
            <w:shd w:val="clear" w:color="auto" w:fill="E2F0D9"/>
            <w:tcMar>
              <w:top w:w="70" w:type="dxa"/>
              <w:left w:w="70" w:type="dxa"/>
              <w:bottom w:w="70" w:type="dxa"/>
              <w:right w:w="70" w:type="dxa"/>
            </w:tcMar>
          </w:tcPr>
          <w:p w14:paraId="2169B3D9" w14:textId="77777777" w:rsidR="00F439EF" w:rsidRDefault="004B7654">
            <w:r>
              <w:rPr>
                <w:b/>
                <w:sz w:val="17"/>
              </w:rPr>
              <w:t>Post Title:</w:t>
            </w:r>
          </w:p>
        </w:tc>
        <w:tc>
          <w:tcPr>
            <w:tcW w:w="2590" w:type="dxa"/>
            <w:tcMar>
              <w:top w:w="70" w:type="dxa"/>
              <w:left w:w="70" w:type="dxa"/>
              <w:bottom w:w="70" w:type="dxa"/>
              <w:right w:w="70" w:type="dxa"/>
            </w:tcMar>
          </w:tcPr>
          <w:p w14:paraId="6F255F99" w14:textId="77777777" w:rsidR="00F439EF" w:rsidRDefault="004B7654">
            <w:r>
              <w:rPr>
                <w:sz w:val="17"/>
              </w:rPr>
              <w:t>Parent Support Advisor (PSA)</w:t>
            </w:r>
          </w:p>
        </w:tc>
        <w:tc>
          <w:tcPr>
            <w:tcW w:w="2590" w:type="dxa"/>
            <w:shd w:val="clear" w:color="auto" w:fill="E2F0D9"/>
            <w:tcMar>
              <w:top w:w="70" w:type="dxa"/>
              <w:left w:w="70" w:type="dxa"/>
              <w:bottom w:w="70" w:type="dxa"/>
              <w:right w:w="70" w:type="dxa"/>
            </w:tcMar>
          </w:tcPr>
          <w:p w14:paraId="07D173A3" w14:textId="77777777" w:rsidR="00F439EF" w:rsidRDefault="004B7654">
            <w:r>
              <w:rPr>
                <w:b/>
                <w:sz w:val="17"/>
              </w:rPr>
              <w:t>Directorate:</w:t>
            </w:r>
          </w:p>
        </w:tc>
        <w:tc>
          <w:tcPr>
            <w:tcW w:w="2590" w:type="dxa"/>
            <w:tcMar>
              <w:top w:w="70" w:type="dxa"/>
              <w:left w:w="70" w:type="dxa"/>
              <w:bottom w:w="70" w:type="dxa"/>
              <w:right w:w="70" w:type="dxa"/>
            </w:tcMar>
          </w:tcPr>
          <w:p w14:paraId="094DDBDB" w14:textId="77777777" w:rsidR="00F439EF" w:rsidRDefault="004B7654">
            <w:r>
              <w:rPr>
                <w:sz w:val="17"/>
              </w:rPr>
              <w:t>Children, Young People and Families</w:t>
            </w:r>
          </w:p>
        </w:tc>
        <w:tc>
          <w:tcPr>
            <w:tcW w:w="2590" w:type="dxa"/>
            <w:shd w:val="clear" w:color="auto" w:fill="E2F0D9"/>
            <w:tcMar>
              <w:top w:w="70" w:type="dxa"/>
              <w:left w:w="70" w:type="dxa"/>
              <w:bottom w:w="70" w:type="dxa"/>
              <w:right w:w="70" w:type="dxa"/>
            </w:tcMar>
          </w:tcPr>
          <w:p w14:paraId="0AF81769" w14:textId="77777777" w:rsidR="00F439EF" w:rsidRDefault="004B7654">
            <w:r>
              <w:rPr>
                <w:b/>
                <w:sz w:val="17"/>
              </w:rPr>
              <w:t>Grade/Scale:</w:t>
            </w:r>
          </w:p>
        </w:tc>
        <w:tc>
          <w:tcPr>
            <w:tcW w:w="2590" w:type="dxa"/>
            <w:tcMar>
              <w:top w:w="70" w:type="dxa"/>
              <w:left w:w="70" w:type="dxa"/>
              <w:bottom w:w="70" w:type="dxa"/>
              <w:right w:w="70" w:type="dxa"/>
            </w:tcMar>
          </w:tcPr>
          <w:p w14:paraId="6AA6C91F" w14:textId="77777777" w:rsidR="00F439EF" w:rsidRDefault="004B7654">
            <w:r>
              <w:rPr>
                <w:sz w:val="17"/>
              </w:rPr>
              <w:t>6</w:t>
            </w:r>
          </w:p>
        </w:tc>
      </w:tr>
      <w:tr w:rsidR="00F439EF" w14:paraId="54D4E020" w14:textId="77777777">
        <w:trPr>
          <w:jc w:val="center"/>
        </w:trPr>
        <w:tc>
          <w:tcPr>
            <w:tcW w:w="2590" w:type="dxa"/>
            <w:shd w:val="clear" w:color="auto" w:fill="E2F0D9"/>
            <w:tcMar>
              <w:top w:w="70" w:type="dxa"/>
              <w:left w:w="70" w:type="dxa"/>
              <w:bottom w:w="70" w:type="dxa"/>
              <w:right w:w="70" w:type="dxa"/>
            </w:tcMar>
          </w:tcPr>
          <w:p w14:paraId="6081C0E6" w14:textId="77777777" w:rsidR="00F439EF" w:rsidRDefault="004B7654">
            <w:r>
              <w:t>Location:</w:t>
            </w:r>
          </w:p>
        </w:tc>
        <w:tc>
          <w:tcPr>
            <w:tcW w:w="12950" w:type="dxa"/>
            <w:gridSpan w:val="5"/>
            <w:tcMar>
              <w:top w:w="70" w:type="dxa"/>
              <w:left w:w="70" w:type="dxa"/>
              <w:bottom w:w="70" w:type="dxa"/>
              <w:right w:w="70" w:type="dxa"/>
            </w:tcMar>
          </w:tcPr>
          <w:p w14:paraId="6CD224A6" w14:textId="77777777" w:rsidR="00F439EF" w:rsidRDefault="004B7654">
            <w:r>
              <w:rPr>
                <w:sz w:val="17"/>
              </w:rPr>
              <w:t>Athersley South Primary School</w:t>
            </w:r>
          </w:p>
        </w:tc>
      </w:tr>
    </w:tbl>
    <w:p w14:paraId="05A71427" w14:textId="77777777" w:rsidR="00F439EF" w:rsidRDefault="00F439EF">
      <w:pPr>
        <w:spacing w:after="40"/>
      </w:pPr>
    </w:p>
    <w:tbl>
      <w:tblPr>
        <w:tblStyle w:val="TableGrid"/>
        <w:tblW w:w="0" w:type="auto"/>
        <w:jc w:val="center"/>
        <w:tblLook w:val="04A0" w:firstRow="1" w:lastRow="0" w:firstColumn="1" w:lastColumn="0" w:noHBand="0" w:noVBand="1"/>
      </w:tblPr>
      <w:tblGrid>
        <w:gridCol w:w="648"/>
        <w:gridCol w:w="2232"/>
        <w:gridCol w:w="8640"/>
        <w:gridCol w:w="2232"/>
        <w:gridCol w:w="1224"/>
      </w:tblGrid>
      <w:tr w:rsidR="00F439EF" w14:paraId="5795AF58" w14:textId="77777777">
        <w:trPr>
          <w:tblHeader/>
          <w:jc w:val="center"/>
        </w:trPr>
        <w:tc>
          <w:tcPr>
            <w:tcW w:w="648" w:type="dxa"/>
            <w:shd w:val="clear" w:color="auto" w:fill="D9EAD3"/>
            <w:tcMar>
              <w:top w:w="90" w:type="dxa"/>
              <w:left w:w="80" w:type="dxa"/>
              <w:bottom w:w="90" w:type="dxa"/>
              <w:right w:w="80" w:type="dxa"/>
            </w:tcMar>
            <w:vAlign w:val="center"/>
          </w:tcPr>
          <w:p w14:paraId="75BCDE8D" w14:textId="77777777" w:rsidR="00F439EF" w:rsidRDefault="004B7654">
            <w:r>
              <w:rPr>
                <w:b/>
                <w:sz w:val="17"/>
              </w:rPr>
              <w:t>No.</w:t>
            </w:r>
          </w:p>
        </w:tc>
        <w:tc>
          <w:tcPr>
            <w:tcW w:w="2232" w:type="dxa"/>
            <w:shd w:val="clear" w:color="auto" w:fill="D9EAD3"/>
            <w:tcMar>
              <w:top w:w="90" w:type="dxa"/>
              <w:left w:w="80" w:type="dxa"/>
              <w:bottom w:w="90" w:type="dxa"/>
              <w:right w:w="80" w:type="dxa"/>
            </w:tcMar>
            <w:vAlign w:val="center"/>
          </w:tcPr>
          <w:p w14:paraId="69B2C4E0" w14:textId="77777777" w:rsidR="00F439EF" w:rsidRDefault="004B7654">
            <w:r>
              <w:rPr>
                <w:b/>
                <w:sz w:val="17"/>
              </w:rPr>
              <w:t>Section</w:t>
            </w:r>
          </w:p>
        </w:tc>
        <w:tc>
          <w:tcPr>
            <w:tcW w:w="8640" w:type="dxa"/>
            <w:shd w:val="clear" w:color="auto" w:fill="D9EAD3"/>
            <w:tcMar>
              <w:top w:w="90" w:type="dxa"/>
              <w:left w:w="80" w:type="dxa"/>
              <w:bottom w:w="90" w:type="dxa"/>
              <w:right w:w="80" w:type="dxa"/>
            </w:tcMar>
            <w:vAlign w:val="center"/>
          </w:tcPr>
          <w:p w14:paraId="0A37B6BF" w14:textId="77777777" w:rsidR="00F439EF" w:rsidRDefault="004B7654">
            <w:r>
              <w:rPr>
                <w:b/>
                <w:sz w:val="17"/>
              </w:rPr>
              <w:t>Criteria</w:t>
            </w:r>
          </w:p>
        </w:tc>
        <w:tc>
          <w:tcPr>
            <w:tcW w:w="2232" w:type="dxa"/>
            <w:shd w:val="clear" w:color="auto" w:fill="D9EAD3"/>
            <w:tcMar>
              <w:top w:w="90" w:type="dxa"/>
              <w:left w:w="80" w:type="dxa"/>
              <w:bottom w:w="90" w:type="dxa"/>
              <w:right w:w="80" w:type="dxa"/>
            </w:tcMar>
            <w:vAlign w:val="center"/>
          </w:tcPr>
          <w:p w14:paraId="166A6A0C" w14:textId="77777777" w:rsidR="00F439EF" w:rsidRDefault="004B7654">
            <w:r>
              <w:rPr>
                <w:b/>
                <w:sz w:val="17"/>
              </w:rPr>
              <w:t>Grade/Scale / Assessment</w:t>
            </w:r>
          </w:p>
        </w:tc>
        <w:tc>
          <w:tcPr>
            <w:tcW w:w="1224" w:type="dxa"/>
            <w:shd w:val="clear" w:color="auto" w:fill="D9EAD3"/>
            <w:tcMar>
              <w:top w:w="90" w:type="dxa"/>
              <w:left w:w="80" w:type="dxa"/>
              <w:bottom w:w="90" w:type="dxa"/>
              <w:right w:w="80" w:type="dxa"/>
            </w:tcMar>
            <w:vAlign w:val="center"/>
          </w:tcPr>
          <w:p w14:paraId="0B730BBB" w14:textId="77777777" w:rsidR="00F439EF" w:rsidRDefault="004B7654">
            <w:r>
              <w:rPr>
                <w:b/>
                <w:sz w:val="17"/>
              </w:rPr>
              <w:t>Requirement</w:t>
            </w:r>
          </w:p>
        </w:tc>
      </w:tr>
      <w:tr w:rsidR="0034256D" w14:paraId="2D0587D0" w14:textId="77777777">
        <w:trPr>
          <w:jc w:val="center"/>
        </w:trPr>
        <w:tc>
          <w:tcPr>
            <w:tcW w:w="648" w:type="dxa"/>
            <w:tcMar>
              <w:top w:w="80" w:type="dxa"/>
              <w:left w:w="70" w:type="dxa"/>
              <w:bottom w:w="80" w:type="dxa"/>
              <w:right w:w="70" w:type="dxa"/>
            </w:tcMar>
          </w:tcPr>
          <w:p w14:paraId="24749578" w14:textId="77777777" w:rsidR="0034256D" w:rsidRDefault="0034256D">
            <w:r>
              <w:rPr>
                <w:sz w:val="16"/>
              </w:rPr>
              <w:t>1</w:t>
            </w:r>
          </w:p>
        </w:tc>
        <w:tc>
          <w:tcPr>
            <w:tcW w:w="2232" w:type="dxa"/>
            <w:vMerge w:val="restart"/>
            <w:tcMar>
              <w:top w:w="80" w:type="dxa"/>
              <w:left w:w="70" w:type="dxa"/>
              <w:bottom w:w="80" w:type="dxa"/>
              <w:right w:w="70" w:type="dxa"/>
            </w:tcMar>
          </w:tcPr>
          <w:p w14:paraId="2796CF8C" w14:textId="77777777" w:rsidR="0034256D" w:rsidRDefault="0034256D">
            <w:r>
              <w:rPr>
                <w:sz w:val="16"/>
              </w:rPr>
              <w:t>Relevant Experience</w:t>
            </w:r>
          </w:p>
        </w:tc>
        <w:tc>
          <w:tcPr>
            <w:tcW w:w="8640" w:type="dxa"/>
            <w:tcMar>
              <w:top w:w="80" w:type="dxa"/>
              <w:left w:w="70" w:type="dxa"/>
              <w:bottom w:w="80" w:type="dxa"/>
              <w:right w:w="70" w:type="dxa"/>
            </w:tcMar>
          </w:tcPr>
          <w:p w14:paraId="5FA4F51D" w14:textId="77777777" w:rsidR="0034256D" w:rsidRDefault="0034256D">
            <w:r>
              <w:rPr>
                <w:sz w:val="16"/>
              </w:rPr>
              <w:t>Experience and understanding of children within their family context.</w:t>
            </w:r>
          </w:p>
        </w:tc>
        <w:tc>
          <w:tcPr>
            <w:tcW w:w="2232" w:type="dxa"/>
            <w:tcMar>
              <w:top w:w="80" w:type="dxa"/>
              <w:left w:w="70" w:type="dxa"/>
              <w:bottom w:w="80" w:type="dxa"/>
              <w:right w:w="70" w:type="dxa"/>
            </w:tcMar>
          </w:tcPr>
          <w:p w14:paraId="565C4FC5" w14:textId="77777777" w:rsidR="0034256D" w:rsidRDefault="0034256D">
            <w:r>
              <w:rPr>
                <w:sz w:val="16"/>
              </w:rPr>
              <w:t>Application form/Interview</w:t>
            </w:r>
          </w:p>
        </w:tc>
        <w:tc>
          <w:tcPr>
            <w:tcW w:w="1224" w:type="dxa"/>
            <w:tcMar>
              <w:top w:w="80" w:type="dxa"/>
              <w:left w:w="70" w:type="dxa"/>
              <w:bottom w:w="80" w:type="dxa"/>
              <w:right w:w="70" w:type="dxa"/>
            </w:tcMar>
          </w:tcPr>
          <w:p w14:paraId="2E6D2A89" w14:textId="77777777" w:rsidR="0034256D" w:rsidRDefault="0034256D">
            <w:pPr>
              <w:jc w:val="center"/>
            </w:pPr>
            <w:r>
              <w:rPr>
                <w:sz w:val="16"/>
              </w:rPr>
              <w:t>Essential</w:t>
            </w:r>
          </w:p>
        </w:tc>
      </w:tr>
      <w:tr w:rsidR="0034256D" w14:paraId="174854CB" w14:textId="77777777">
        <w:trPr>
          <w:jc w:val="center"/>
        </w:trPr>
        <w:tc>
          <w:tcPr>
            <w:tcW w:w="648" w:type="dxa"/>
            <w:tcMar>
              <w:top w:w="80" w:type="dxa"/>
              <w:left w:w="70" w:type="dxa"/>
              <w:bottom w:w="80" w:type="dxa"/>
              <w:right w:w="70" w:type="dxa"/>
            </w:tcMar>
          </w:tcPr>
          <w:p w14:paraId="4837F953" w14:textId="77777777" w:rsidR="0034256D" w:rsidRDefault="0034256D">
            <w:r>
              <w:rPr>
                <w:sz w:val="16"/>
              </w:rPr>
              <w:t>2</w:t>
            </w:r>
          </w:p>
        </w:tc>
        <w:tc>
          <w:tcPr>
            <w:tcW w:w="2232" w:type="dxa"/>
            <w:vMerge/>
            <w:tcMar>
              <w:top w:w="80" w:type="dxa"/>
              <w:left w:w="70" w:type="dxa"/>
              <w:bottom w:w="80" w:type="dxa"/>
              <w:right w:w="70" w:type="dxa"/>
            </w:tcMar>
          </w:tcPr>
          <w:p w14:paraId="2664B8ED" w14:textId="77777777" w:rsidR="0034256D" w:rsidRDefault="0034256D"/>
        </w:tc>
        <w:tc>
          <w:tcPr>
            <w:tcW w:w="8640" w:type="dxa"/>
            <w:tcMar>
              <w:top w:w="80" w:type="dxa"/>
              <w:left w:w="70" w:type="dxa"/>
              <w:bottom w:w="80" w:type="dxa"/>
              <w:right w:w="70" w:type="dxa"/>
            </w:tcMar>
          </w:tcPr>
          <w:p w14:paraId="0117126D" w14:textId="77777777" w:rsidR="0034256D" w:rsidRDefault="0034256D">
            <w:r>
              <w:rPr>
                <w:sz w:val="16"/>
              </w:rPr>
              <w:t>Demonstrable experience of delivering individual or group-based support.</w:t>
            </w:r>
          </w:p>
        </w:tc>
        <w:tc>
          <w:tcPr>
            <w:tcW w:w="2232" w:type="dxa"/>
            <w:tcMar>
              <w:top w:w="80" w:type="dxa"/>
              <w:left w:w="70" w:type="dxa"/>
              <w:bottom w:w="80" w:type="dxa"/>
              <w:right w:w="70" w:type="dxa"/>
            </w:tcMar>
          </w:tcPr>
          <w:p w14:paraId="6D2A8728" w14:textId="77777777" w:rsidR="0034256D" w:rsidRDefault="0034256D">
            <w:r>
              <w:rPr>
                <w:sz w:val="16"/>
              </w:rPr>
              <w:t>Application form/Interview</w:t>
            </w:r>
          </w:p>
        </w:tc>
        <w:tc>
          <w:tcPr>
            <w:tcW w:w="1224" w:type="dxa"/>
            <w:tcMar>
              <w:top w:w="80" w:type="dxa"/>
              <w:left w:w="70" w:type="dxa"/>
              <w:bottom w:w="80" w:type="dxa"/>
              <w:right w:w="70" w:type="dxa"/>
            </w:tcMar>
          </w:tcPr>
          <w:p w14:paraId="13900624" w14:textId="77777777" w:rsidR="0034256D" w:rsidRDefault="0034256D">
            <w:pPr>
              <w:jc w:val="center"/>
            </w:pPr>
            <w:r>
              <w:rPr>
                <w:sz w:val="16"/>
              </w:rPr>
              <w:t>Essential</w:t>
            </w:r>
          </w:p>
        </w:tc>
      </w:tr>
      <w:tr w:rsidR="0034256D" w14:paraId="5461E975" w14:textId="77777777">
        <w:trPr>
          <w:jc w:val="center"/>
        </w:trPr>
        <w:tc>
          <w:tcPr>
            <w:tcW w:w="648" w:type="dxa"/>
            <w:tcMar>
              <w:top w:w="80" w:type="dxa"/>
              <w:left w:w="70" w:type="dxa"/>
              <w:bottom w:w="80" w:type="dxa"/>
              <w:right w:w="70" w:type="dxa"/>
            </w:tcMar>
          </w:tcPr>
          <w:p w14:paraId="4CE9AEAF" w14:textId="77777777" w:rsidR="0034256D" w:rsidRDefault="0034256D">
            <w:r>
              <w:rPr>
                <w:sz w:val="16"/>
              </w:rPr>
              <w:t>3</w:t>
            </w:r>
          </w:p>
        </w:tc>
        <w:tc>
          <w:tcPr>
            <w:tcW w:w="2232" w:type="dxa"/>
            <w:vMerge/>
            <w:tcMar>
              <w:top w:w="80" w:type="dxa"/>
              <w:left w:w="70" w:type="dxa"/>
              <w:bottom w:w="80" w:type="dxa"/>
              <w:right w:w="70" w:type="dxa"/>
            </w:tcMar>
          </w:tcPr>
          <w:p w14:paraId="3BDF5F98" w14:textId="77777777" w:rsidR="0034256D" w:rsidRDefault="0034256D"/>
        </w:tc>
        <w:tc>
          <w:tcPr>
            <w:tcW w:w="8640" w:type="dxa"/>
            <w:tcMar>
              <w:top w:w="80" w:type="dxa"/>
              <w:left w:w="70" w:type="dxa"/>
              <w:bottom w:w="80" w:type="dxa"/>
              <w:right w:w="70" w:type="dxa"/>
            </w:tcMar>
          </w:tcPr>
          <w:p w14:paraId="036312E7" w14:textId="77777777" w:rsidR="0034256D" w:rsidRDefault="0034256D">
            <w:r>
              <w:rPr>
                <w:sz w:val="16"/>
              </w:rPr>
              <w:t>Significant experience within the field of education, social services/welfare or the voluntary sector.</w:t>
            </w:r>
          </w:p>
        </w:tc>
        <w:tc>
          <w:tcPr>
            <w:tcW w:w="2232" w:type="dxa"/>
            <w:tcMar>
              <w:top w:w="80" w:type="dxa"/>
              <w:left w:w="70" w:type="dxa"/>
              <w:bottom w:w="80" w:type="dxa"/>
              <w:right w:w="70" w:type="dxa"/>
            </w:tcMar>
          </w:tcPr>
          <w:p w14:paraId="0AD8E2BE" w14:textId="77777777" w:rsidR="0034256D" w:rsidRDefault="0034256D">
            <w:r>
              <w:rPr>
                <w:sz w:val="16"/>
              </w:rPr>
              <w:t>Application form/Interview</w:t>
            </w:r>
          </w:p>
        </w:tc>
        <w:tc>
          <w:tcPr>
            <w:tcW w:w="1224" w:type="dxa"/>
            <w:tcMar>
              <w:top w:w="80" w:type="dxa"/>
              <w:left w:w="70" w:type="dxa"/>
              <w:bottom w:w="80" w:type="dxa"/>
              <w:right w:w="70" w:type="dxa"/>
            </w:tcMar>
          </w:tcPr>
          <w:p w14:paraId="3D7F36B1" w14:textId="77777777" w:rsidR="0034256D" w:rsidRDefault="0034256D">
            <w:pPr>
              <w:jc w:val="center"/>
            </w:pPr>
            <w:r>
              <w:rPr>
                <w:sz w:val="16"/>
              </w:rPr>
              <w:t>Essential</w:t>
            </w:r>
          </w:p>
        </w:tc>
      </w:tr>
      <w:tr w:rsidR="0034256D" w14:paraId="0E36EF23" w14:textId="77777777">
        <w:trPr>
          <w:jc w:val="center"/>
        </w:trPr>
        <w:tc>
          <w:tcPr>
            <w:tcW w:w="648" w:type="dxa"/>
            <w:tcMar>
              <w:top w:w="80" w:type="dxa"/>
              <w:left w:w="70" w:type="dxa"/>
              <w:bottom w:w="80" w:type="dxa"/>
              <w:right w:w="70" w:type="dxa"/>
            </w:tcMar>
          </w:tcPr>
          <w:p w14:paraId="4B462072" w14:textId="77777777" w:rsidR="0034256D" w:rsidRDefault="0034256D">
            <w:r>
              <w:rPr>
                <w:sz w:val="16"/>
              </w:rPr>
              <w:t>4</w:t>
            </w:r>
          </w:p>
        </w:tc>
        <w:tc>
          <w:tcPr>
            <w:tcW w:w="2232" w:type="dxa"/>
            <w:vMerge/>
            <w:tcMar>
              <w:top w:w="80" w:type="dxa"/>
              <w:left w:w="70" w:type="dxa"/>
              <w:bottom w:w="80" w:type="dxa"/>
              <w:right w:w="70" w:type="dxa"/>
            </w:tcMar>
          </w:tcPr>
          <w:p w14:paraId="5C578151" w14:textId="77777777" w:rsidR="0034256D" w:rsidRDefault="0034256D"/>
        </w:tc>
        <w:tc>
          <w:tcPr>
            <w:tcW w:w="8640" w:type="dxa"/>
            <w:tcMar>
              <w:top w:w="80" w:type="dxa"/>
              <w:left w:w="70" w:type="dxa"/>
              <w:bottom w:w="80" w:type="dxa"/>
              <w:right w:w="70" w:type="dxa"/>
            </w:tcMar>
          </w:tcPr>
          <w:p w14:paraId="2408DA57" w14:textId="77777777" w:rsidR="0034256D" w:rsidRDefault="0034256D">
            <w:r>
              <w:rPr>
                <w:sz w:val="16"/>
              </w:rPr>
              <w:t>An in-depth awareness of child protection issues and the relevant procedures.</w:t>
            </w:r>
          </w:p>
        </w:tc>
        <w:tc>
          <w:tcPr>
            <w:tcW w:w="2232" w:type="dxa"/>
            <w:tcMar>
              <w:top w:w="80" w:type="dxa"/>
              <w:left w:w="70" w:type="dxa"/>
              <w:bottom w:w="80" w:type="dxa"/>
              <w:right w:w="70" w:type="dxa"/>
            </w:tcMar>
          </w:tcPr>
          <w:p w14:paraId="02AD1440" w14:textId="77777777" w:rsidR="0034256D" w:rsidRDefault="0034256D">
            <w:r>
              <w:rPr>
                <w:sz w:val="16"/>
              </w:rPr>
              <w:t>Application form/Interview</w:t>
            </w:r>
          </w:p>
        </w:tc>
        <w:tc>
          <w:tcPr>
            <w:tcW w:w="1224" w:type="dxa"/>
            <w:tcMar>
              <w:top w:w="80" w:type="dxa"/>
              <w:left w:w="70" w:type="dxa"/>
              <w:bottom w:w="80" w:type="dxa"/>
              <w:right w:w="70" w:type="dxa"/>
            </w:tcMar>
          </w:tcPr>
          <w:p w14:paraId="44EE8A28" w14:textId="77777777" w:rsidR="0034256D" w:rsidRDefault="0034256D">
            <w:pPr>
              <w:jc w:val="center"/>
            </w:pPr>
            <w:r>
              <w:rPr>
                <w:sz w:val="16"/>
              </w:rPr>
              <w:t>Essential</w:t>
            </w:r>
          </w:p>
        </w:tc>
      </w:tr>
      <w:tr w:rsidR="0034256D" w14:paraId="3D0BF10A" w14:textId="77777777">
        <w:trPr>
          <w:jc w:val="center"/>
        </w:trPr>
        <w:tc>
          <w:tcPr>
            <w:tcW w:w="648" w:type="dxa"/>
            <w:tcMar>
              <w:top w:w="80" w:type="dxa"/>
              <w:left w:w="70" w:type="dxa"/>
              <w:bottom w:w="80" w:type="dxa"/>
              <w:right w:w="70" w:type="dxa"/>
            </w:tcMar>
          </w:tcPr>
          <w:p w14:paraId="6C80CA95" w14:textId="77777777" w:rsidR="0034256D" w:rsidRDefault="0034256D">
            <w:r>
              <w:rPr>
                <w:sz w:val="16"/>
              </w:rPr>
              <w:t>5</w:t>
            </w:r>
          </w:p>
        </w:tc>
        <w:tc>
          <w:tcPr>
            <w:tcW w:w="2232" w:type="dxa"/>
            <w:vMerge w:val="restart"/>
            <w:tcMar>
              <w:top w:w="80" w:type="dxa"/>
              <w:left w:w="70" w:type="dxa"/>
              <w:bottom w:w="80" w:type="dxa"/>
              <w:right w:w="70" w:type="dxa"/>
            </w:tcMar>
          </w:tcPr>
          <w:p w14:paraId="23E8B12A" w14:textId="77777777" w:rsidR="0034256D" w:rsidRDefault="0034256D">
            <w:r>
              <w:rPr>
                <w:sz w:val="16"/>
              </w:rPr>
              <w:t>Education and Training Attainments</w:t>
            </w:r>
          </w:p>
        </w:tc>
        <w:tc>
          <w:tcPr>
            <w:tcW w:w="8640" w:type="dxa"/>
            <w:tcMar>
              <w:top w:w="80" w:type="dxa"/>
              <w:left w:w="70" w:type="dxa"/>
              <w:bottom w:w="80" w:type="dxa"/>
              <w:right w:w="70" w:type="dxa"/>
            </w:tcMar>
          </w:tcPr>
          <w:p w14:paraId="30E155A0" w14:textId="77777777" w:rsidR="0034256D" w:rsidRDefault="0034256D">
            <w:r>
              <w:rPr>
                <w:sz w:val="16"/>
              </w:rPr>
              <w:t>A minimum of 3 GCSEs including Maths and English, or equivalent.</w:t>
            </w:r>
          </w:p>
        </w:tc>
        <w:tc>
          <w:tcPr>
            <w:tcW w:w="2232" w:type="dxa"/>
            <w:tcMar>
              <w:top w:w="80" w:type="dxa"/>
              <w:left w:w="70" w:type="dxa"/>
              <w:bottom w:w="80" w:type="dxa"/>
              <w:right w:w="70" w:type="dxa"/>
            </w:tcMar>
          </w:tcPr>
          <w:p w14:paraId="4F9EABE6" w14:textId="77777777" w:rsidR="0034256D" w:rsidRDefault="0034256D">
            <w:r>
              <w:rPr>
                <w:sz w:val="16"/>
              </w:rPr>
              <w:t>Application form/Interview</w:t>
            </w:r>
          </w:p>
        </w:tc>
        <w:tc>
          <w:tcPr>
            <w:tcW w:w="1224" w:type="dxa"/>
            <w:tcMar>
              <w:top w:w="80" w:type="dxa"/>
              <w:left w:w="70" w:type="dxa"/>
              <w:bottom w:w="80" w:type="dxa"/>
              <w:right w:w="70" w:type="dxa"/>
            </w:tcMar>
          </w:tcPr>
          <w:p w14:paraId="1535690E" w14:textId="77777777" w:rsidR="0034256D" w:rsidRDefault="0034256D">
            <w:pPr>
              <w:jc w:val="center"/>
            </w:pPr>
            <w:r>
              <w:rPr>
                <w:sz w:val="16"/>
              </w:rPr>
              <w:t>Essential</w:t>
            </w:r>
          </w:p>
        </w:tc>
      </w:tr>
      <w:tr w:rsidR="0034256D" w14:paraId="38815E3A" w14:textId="77777777">
        <w:trPr>
          <w:jc w:val="center"/>
        </w:trPr>
        <w:tc>
          <w:tcPr>
            <w:tcW w:w="648" w:type="dxa"/>
            <w:tcMar>
              <w:top w:w="80" w:type="dxa"/>
              <w:left w:w="70" w:type="dxa"/>
              <w:bottom w:w="80" w:type="dxa"/>
              <w:right w:w="70" w:type="dxa"/>
            </w:tcMar>
          </w:tcPr>
          <w:p w14:paraId="0E2AD3E5" w14:textId="77777777" w:rsidR="0034256D" w:rsidRDefault="0034256D">
            <w:r>
              <w:rPr>
                <w:sz w:val="16"/>
              </w:rPr>
              <w:t>6</w:t>
            </w:r>
          </w:p>
        </w:tc>
        <w:tc>
          <w:tcPr>
            <w:tcW w:w="2232" w:type="dxa"/>
            <w:vMerge/>
            <w:tcMar>
              <w:top w:w="80" w:type="dxa"/>
              <w:left w:w="70" w:type="dxa"/>
              <w:bottom w:w="80" w:type="dxa"/>
              <w:right w:w="70" w:type="dxa"/>
            </w:tcMar>
          </w:tcPr>
          <w:p w14:paraId="1C0FA1B4" w14:textId="77777777" w:rsidR="0034256D" w:rsidRDefault="0034256D"/>
        </w:tc>
        <w:tc>
          <w:tcPr>
            <w:tcW w:w="8640" w:type="dxa"/>
            <w:tcMar>
              <w:top w:w="80" w:type="dxa"/>
              <w:left w:w="70" w:type="dxa"/>
              <w:bottom w:w="80" w:type="dxa"/>
              <w:right w:w="70" w:type="dxa"/>
            </w:tcMar>
          </w:tcPr>
          <w:p w14:paraId="1EBB41FF" w14:textId="77777777" w:rsidR="0034256D" w:rsidRDefault="0034256D">
            <w:r>
              <w:rPr>
                <w:sz w:val="16"/>
              </w:rPr>
              <w:t>Minimum of NVQ Level 3 or equivalent in a related discipline.</w:t>
            </w:r>
          </w:p>
        </w:tc>
        <w:tc>
          <w:tcPr>
            <w:tcW w:w="2232" w:type="dxa"/>
            <w:tcMar>
              <w:top w:w="80" w:type="dxa"/>
              <w:left w:w="70" w:type="dxa"/>
              <w:bottom w:w="80" w:type="dxa"/>
              <w:right w:w="70" w:type="dxa"/>
            </w:tcMar>
          </w:tcPr>
          <w:p w14:paraId="10DF91AE" w14:textId="77777777" w:rsidR="0034256D" w:rsidRDefault="0034256D">
            <w:r>
              <w:rPr>
                <w:sz w:val="16"/>
              </w:rPr>
              <w:t>Application form/Interview</w:t>
            </w:r>
          </w:p>
        </w:tc>
        <w:tc>
          <w:tcPr>
            <w:tcW w:w="1224" w:type="dxa"/>
            <w:tcMar>
              <w:top w:w="80" w:type="dxa"/>
              <w:left w:w="70" w:type="dxa"/>
              <w:bottom w:w="80" w:type="dxa"/>
              <w:right w:w="70" w:type="dxa"/>
            </w:tcMar>
          </w:tcPr>
          <w:p w14:paraId="6BE482F8" w14:textId="77777777" w:rsidR="0034256D" w:rsidRDefault="0034256D">
            <w:pPr>
              <w:jc w:val="center"/>
            </w:pPr>
            <w:r>
              <w:rPr>
                <w:sz w:val="16"/>
              </w:rPr>
              <w:t>Essential</w:t>
            </w:r>
          </w:p>
        </w:tc>
      </w:tr>
      <w:tr w:rsidR="0034256D" w14:paraId="1CAB4CF9" w14:textId="77777777">
        <w:trPr>
          <w:jc w:val="center"/>
        </w:trPr>
        <w:tc>
          <w:tcPr>
            <w:tcW w:w="648" w:type="dxa"/>
            <w:tcMar>
              <w:top w:w="80" w:type="dxa"/>
              <w:left w:w="70" w:type="dxa"/>
              <w:bottom w:w="80" w:type="dxa"/>
              <w:right w:w="70" w:type="dxa"/>
            </w:tcMar>
          </w:tcPr>
          <w:p w14:paraId="5608B3E8" w14:textId="77777777" w:rsidR="0034256D" w:rsidRDefault="0034256D">
            <w:r>
              <w:rPr>
                <w:sz w:val="16"/>
              </w:rPr>
              <w:t>7</w:t>
            </w:r>
          </w:p>
        </w:tc>
        <w:tc>
          <w:tcPr>
            <w:tcW w:w="2232" w:type="dxa"/>
            <w:vMerge/>
            <w:tcMar>
              <w:top w:w="80" w:type="dxa"/>
              <w:left w:w="70" w:type="dxa"/>
              <w:bottom w:w="80" w:type="dxa"/>
              <w:right w:w="70" w:type="dxa"/>
            </w:tcMar>
          </w:tcPr>
          <w:p w14:paraId="26EAA725" w14:textId="77777777" w:rsidR="0034256D" w:rsidRDefault="0034256D"/>
        </w:tc>
        <w:tc>
          <w:tcPr>
            <w:tcW w:w="8640" w:type="dxa"/>
            <w:tcMar>
              <w:top w:w="80" w:type="dxa"/>
              <w:left w:w="70" w:type="dxa"/>
              <w:bottom w:w="80" w:type="dxa"/>
              <w:right w:w="70" w:type="dxa"/>
            </w:tcMar>
          </w:tcPr>
          <w:p w14:paraId="131B0472" w14:textId="77777777" w:rsidR="0034256D" w:rsidRDefault="0034256D">
            <w:r>
              <w:rPr>
                <w:sz w:val="16"/>
              </w:rPr>
              <w:t>Educational achievements sufficient to support clear reporting and presentation skills.</w:t>
            </w:r>
          </w:p>
        </w:tc>
        <w:tc>
          <w:tcPr>
            <w:tcW w:w="2232" w:type="dxa"/>
            <w:tcMar>
              <w:top w:w="80" w:type="dxa"/>
              <w:left w:w="70" w:type="dxa"/>
              <w:bottom w:w="80" w:type="dxa"/>
              <w:right w:w="70" w:type="dxa"/>
            </w:tcMar>
          </w:tcPr>
          <w:p w14:paraId="0E864044" w14:textId="77777777" w:rsidR="0034256D" w:rsidRDefault="0034256D">
            <w:r>
              <w:rPr>
                <w:sz w:val="16"/>
              </w:rPr>
              <w:t>Application form/Interview</w:t>
            </w:r>
          </w:p>
        </w:tc>
        <w:tc>
          <w:tcPr>
            <w:tcW w:w="1224" w:type="dxa"/>
            <w:tcMar>
              <w:top w:w="80" w:type="dxa"/>
              <w:left w:w="70" w:type="dxa"/>
              <w:bottom w:w="80" w:type="dxa"/>
              <w:right w:w="70" w:type="dxa"/>
            </w:tcMar>
          </w:tcPr>
          <w:p w14:paraId="4F5C22AE" w14:textId="77777777" w:rsidR="0034256D" w:rsidRDefault="0034256D">
            <w:pPr>
              <w:jc w:val="center"/>
            </w:pPr>
            <w:r>
              <w:rPr>
                <w:sz w:val="16"/>
              </w:rPr>
              <w:t>Essential</w:t>
            </w:r>
          </w:p>
        </w:tc>
      </w:tr>
      <w:tr w:rsidR="0034256D" w14:paraId="636FD4B7" w14:textId="77777777">
        <w:trPr>
          <w:jc w:val="center"/>
        </w:trPr>
        <w:tc>
          <w:tcPr>
            <w:tcW w:w="648" w:type="dxa"/>
            <w:tcMar>
              <w:top w:w="80" w:type="dxa"/>
              <w:left w:w="70" w:type="dxa"/>
              <w:bottom w:w="80" w:type="dxa"/>
              <w:right w:w="70" w:type="dxa"/>
            </w:tcMar>
          </w:tcPr>
          <w:p w14:paraId="72B4A52D" w14:textId="77777777" w:rsidR="0034256D" w:rsidRDefault="0034256D">
            <w:r>
              <w:rPr>
                <w:sz w:val="16"/>
              </w:rPr>
              <w:t>8</w:t>
            </w:r>
          </w:p>
        </w:tc>
        <w:tc>
          <w:tcPr>
            <w:tcW w:w="2232" w:type="dxa"/>
            <w:vMerge w:val="restart"/>
            <w:tcMar>
              <w:top w:w="80" w:type="dxa"/>
              <w:left w:w="70" w:type="dxa"/>
              <w:bottom w:w="80" w:type="dxa"/>
              <w:right w:w="70" w:type="dxa"/>
            </w:tcMar>
          </w:tcPr>
          <w:p w14:paraId="17319C72" w14:textId="77777777" w:rsidR="0034256D" w:rsidRDefault="0034256D">
            <w:r>
              <w:rPr>
                <w:sz w:val="16"/>
              </w:rPr>
              <w:t>General and Special Knowledge</w:t>
            </w:r>
          </w:p>
        </w:tc>
        <w:tc>
          <w:tcPr>
            <w:tcW w:w="8640" w:type="dxa"/>
            <w:tcMar>
              <w:top w:w="80" w:type="dxa"/>
              <w:left w:w="70" w:type="dxa"/>
              <w:bottom w:w="80" w:type="dxa"/>
              <w:right w:w="70" w:type="dxa"/>
            </w:tcMar>
          </w:tcPr>
          <w:p w14:paraId="654B86DF" w14:textId="77777777" w:rsidR="0034256D" w:rsidRDefault="0034256D">
            <w:r>
              <w:rPr>
                <w:sz w:val="16"/>
              </w:rPr>
              <w:t>Knowledge of the social and emotional factors that affect a child’s capacity to learn.</w:t>
            </w:r>
          </w:p>
        </w:tc>
        <w:tc>
          <w:tcPr>
            <w:tcW w:w="2232" w:type="dxa"/>
            <w:tcMar>
              <w:top w:w="80" w:type="dxa"/>
              <w:left w:w="70" w:type="dxa"/>
              <w:bottom w:w="80" w:type="dxa"/>
              <w:right w:w="70" w:type="dxa"/>
            </w:tcMar>
          </w:tcPr>
          <w:p w14:paraId="1D820177" w14:textId="77777777" w:rsidR="0034256D" w:rsidRDefault="0034256D">
            <w:r>
              <w:rPr>
                <w:sz w:val="16"/>
              </w:rPr>
              <w:t>Application form/Interview</w:t>
            </w:r>
          </w:p>
        </w:tc>
        <w:tc>
          <w:tcPr>
            <w:tcW w:w="1224" w:type="dxa"/>
            <w:tcMar>
              <w:top w:w="80" w:type="dxa"/>
              <w:left w:w="70" w:type="dxa"/>
              <w:bottom w:w="80" w:type="dxa"/>
              <w:right w:w="70" w:type="dxa"/>
            </w:tcMar>
          </w:tcPr>
          <w:p w14:paraId="1F7EEDA7" w14:textId="77777777" w:rsidR="0034256D" w:rsidRDefault="0034256D">
            <w:pPr>
              <w:jc w:val="center"/>
            </w:pPr>
            <w:r>
              <w:rPr>
                <w:sz w:val="16"/>
              </w:rPr>
              <w:t>Essential</w:t>
            </w:r>
          </w:p>
        </w:tc>
      </w:tr>
      <w:tr w:rsidR="0034256D" w14:paraId="04397A1B" w14:textId="77777777">
        <w:trPr>
          <w:jc w:val="center"/>
        </w:trPr>
        <w:tc>
          <w:tcPr>
            <w:tcW w:w="648" w:type="dxa"/>
            <w:tcMar>
              <w:top w:w="80" w:type="dxa"/>
              <w:left w:w="70" w:type="dxa"/>
              <w:bottom w:w="80" w:type="dxa"/>
              <w:right w:w="70" w:type="dxa"/>
            </w:tcMar>
          </w:tcPr>
          <w:p w14:paraId="54406166" w14:textId="77777777" w:rsidR="0034256D" w:rsidRDefault="0034256D">
            <w:r>
              <w:rPr>
                <w:sz w:val="16"/>
              </w:rPr>
              <w:t>9</w:t>
            </w:r>
          </w:p>
        </w:tc>
        <w:tc>
          <w:tcPr>
            <w:tcW w:w="2232" w:type="dxa"/>
            <w:vMerge/>
            <w:tcMar>
              <w:top w:w="80" w:type="dxa"/>
              <w:left w:w="70" w:type="dxa"/>
              <w:bottom w:w="80" w:type="dxa"/>
              <w:right w:w="70" w:type="dxa"/>
            </w:tcMar>
          </w:tcPr>
          <w:p w14:paraId="44E555A1" w14:textId="77777777" w:rsidR="0034256D" w:rsidRDefault="0034256D"/>
        </w:tc>
        <w:tc>
          <w:tcPr>
            <w:tcW w:w="8640" w:type="dxa"/>
            <w:tcMar>
              <w:top w:w="80" w:type="dxa"/>
              <w:left w:w="70" w:type="dxa"/>
              <w:bottom w:w="80" w:type="dxa"/>
              <w:right w:w="70" w:type="dxa"/>
            </w:tcMar>
          </w:tcPr>
          <w:p w14:paraId="2D12D795" w14:textId="77777777" w:rsidR="0034256D" w:rsidRDefault="0034256D">
            <w:r>
              <w:rPr>
                <w:sz w:val="16"/>
              </w:rPr>
              <w:t>Knowledge of available support services and referral routes.</w:t>
            </w:r>
          </w:p>
        </w:tc>
        <w:tc>
          <w:tcPr>
            <w:tcW w:w="2232" w:type="dxa"/>
            <w:tcMar>
              <w:top w:w="80" w:type="dxa"/>
              <w:left w:w="70" w:type="dxa"/>
              <w:bottom w:w="80" w:type="dxa"/>
              <w:right w:w="70" w:type="dxa"/>
            </w:tcMar>
          </w:tcPr>
          <w:p w14:paraId="46E53DA7" w14:textId="77777777" w:rsidR="0034256D" w:rsidRDefault="0034256D">
            <w:r>
              <w:rPr>
                <w:sz w:val="16"/>
              </w:rPr>
              <w:t>Application form/Interview</w:t>
            </w:r>
          </w:p>
        </w:tc>
        <w:tc>
          <w:tcPr>
            <w:tcW w:w="1224" w:type="dxa"/>
            <w:tcMar>
              <w:top w:w="80" w:type="dxa"/>
              <w:left w:w="70" w:type="dxa"/>
              <w:bottom w:w="80" w:type="dxa"/>
              <w:right w:w="70" w:type="dxa"/>
            </w:tcMar>
          </w:tcPr>
          <w:p w14:paraId="637B174B" w14:textId="77777777" w:rsidR="0034256D" w:rsidRDefault="0034256D">
            <w:pPr>
              <w:jc w:val="center"/>
            </w:pPr>
            <w:r>
              <w:rPr>
                <w:sz w:val="16"/>
              </w:rPr>
              <w:t>Essential</w:t>
            </w:r>
          </w:p>
        </w:tc>
      </w:tr>
      <w:tr w:rsidR="0034256D" w14:paraId="013B5CED" w14:textId="77777777">
        <w:trPr>
          <w:jc w:val="center"/>
        </w:trPr>
        <w:tc>
          <w:tcPr>
            <w:tcW w:w="648" w:type="dxa"/>
            <w:tcMar>
              <w:top w:w="80" w:type="dxa"/>
              <w:left w:w="70" w:type="dxa"/>
              <w:bottom w:w="80" w:type="dxa"/>
              <w:right w:w="70" w:type="dxa"/>
            </w:tcMar>
          </w:tcPr>
          <w:p w14:paraId="2C0E19D4" w14:textId="77777777" w:rsidR="0034256D" w:rsidRDefault="0034256D">
            <w:r>
              <w:rPr>
                <w:sz w:val="16"/>
              </w:rPr>
              <w:t>10</w:t>
            </w:r>
          </w:p>
        </w:tc>
        <w:tc>
          <w:tcPr>
            <w:tcW w:w="2232" w:type="dxa"/>
            <w:vMerge/>
            <w:tcMar>
              <w:top w:w="80" w:type="dxa"/>
              <w:left w:w="70" w:type="dxa"/>
              <w:bottom w:w="80" w:type="dxa"/>
              <w:right w:w="70" w:type="dxa"/>
            </w:tcMar>
          </w:tcPr>
          <w:p w14:paraId="3401A073" w14:textId="77777777" w:rsidR="0034256D" w:rsidRDefault="0034256D"/>
        </w:tc>
        <w:tc>
          <w:tcPr>
            <w:tcW w:w="8640" w:type="dxa"/>
            <w:tcMar>
              <w:top w:w="80" w:type="dxa"/>
              <w:left w:w="70" w:type="dxa"/>
              <w:bottom w:w="80" w:type="dxa"/>
              <w:right w:w="70" w:type="dxa"/>
            </w:tcMar>
          </w:tcPr>
          <w:p w14:paraId="3D752BBA" w14:textId="77777777" w:rsidR="0034256D" w:rsidRDefault="0034256D">
            <w:r>
              <w:rPr>
                <w:sz w:val="16"/>
              </w:rPr>
              <w:t>Awareness of the legislation affecting school attendance requirements.</w:t>
            </w:r>
          </w:p>
        </w:tc>
        <w:tc>
          <w:tcPr>
            <w:tcW w:w="2232" w:type="dxa"/>
            <w:tcMar>
              <w:top w:w="80" w:type="dxa"/>
              <w:left w:w="70" w:type="dxa"/>
              <w:bottom w:w="80" w:type="dxa"/>
              <w:right w:w="70" w:type="dxa"/>
            </w:tcMar>
          </w:tcPr>
          <w:p w14:paraId="531B5124" w14:textId="77777777" w:rsidR="0034256D" w:rsidRDefault="0034256D">
            <w:r>
              <w:rPr>
                <w:sz w:val="16"/>
              </w:rPr>
              <w:t>Application form/Interview</w:t>
            </w:r>
          </w:p>
        </w:tc>
        <w:tc>
          <w:tcPr>
            <w:tcW w:w="1224" w:type="dxa"/>
            <w:tcMar>
              <w:top w:w="80" w:type="dxa"/>
              <w:left w:w="70" w:type="dxa"/>
              <w:bottom w:w="80" w:type="dxa"/>
              <w:right w:w="70" w:type="dxa"/>
            </w:tcMar>
          </w:tcPr>
          <w:p w14:paraId="5A04B25C" w14:textId="77777777" w:rsidR="0034256D" w:rsidRDefault="0034256D">
            <w:pPr>
              <w:jc w:val="center"/>
            </w:pPr>
            <w:r>
              <w:rPr>
                <w:sz w:val="16"/>
              </w:rPr>
              <w:t>Essential</w:t>
            </w:r>
          </w:p>
        </w:tc>
      </w:tr>
      <w:tr w:rsidR="0034256D" w14:paraId="75BFD317" w14:textId="77777777">
        <w:trPr>
          <w:jc w:val="center"/>
        </w:trPr>
        <w:tc>
          <w:tcPr>
            <w:tcW w:w="648" w:type="dxa"/>
            <w:tcMar>
              <w:top w:w="80" w:type="dxa"/>
              <w:left w:w="70" w:type="dxa"/>
              <w:bottom w:w="80" w:type="dxa"/>
              <w:right w:w="70" w:type="dxa"/>
            </w:tcMar>
          </w:tcPr>
          <w:p w14:paraId="5D6899FB" w14:textId="77777777" w:rsidR="0034256D" w:rsidRDefault="0034256D">
            <w:r>
              <w:rPr>
                <w:sz w:val="16"/>
              </w:rPr>
              <w:t>11</w:t>
            </w:r>
          </w:p>
        </w:tc>
        <w:tc>
          <w:tcPr>
            <w:tcW w:w="2232" w:type="dxa"/>
            <w:vMerge/>
            <w:tcMar>
              <w:top w:w="80" w:type="dxa"/>
              <w:left w:w="70" w:type="dxa"/>
              <w:bottom w:w="80" w:type="dxa"/>
              <w:right w:w="70" w:type="dxa"/>
            </w:tcMar>
          </w:tcPr>
          <w:p w14:paraId="10E820A2" w14:textId="77777777" w:rsidR="0034256D" w:rsidRDefault="0034256D"/>
        </w:tc>
        <w:tc>
          <w:tcPr>
            <w:tcW w:w="8640" w:type="dxa"/>
            <w:tcMar>
              <w:top w:w="80" w:type="dxa"/>
              <w:left w:w="70" w:type="dxa"/>
              <w:bottom w:w="80" w:type="dxa"/>
              <w:right w:w="70" w:type="dxa"/>
            </w:tcMar>
          </w:tcPr>
          <w:p w14:paraId="34389BC1" w14:textId="77777777" w:rsidR="0034256D" w:rsidRDefault="0034256D">
            <w:r>
              <w:rPr>
                <w:sz w:val="16"/>
              </w:rPr>
              <w:t>Awareness of the safeguarding legislation and procedures relating to referral, social care, child protection etc...</w:t>
            </w:r>
          </w:p>
        </w:tc>
        <w:tc>
          <w:tcPr>
            <w:tcW w:w="2232" w:type="dxa"/>
            <w:tcMar>
              <w:top w:w="80" w:type="dxa"/>
              <w:left w:w="70" w:type="dxa"/>
              <w:bottom w:w="80" w:type="dxa"/>
              <w:right w:w="70" w:type="dxa"/>
            </w:tcMar>
          </w:tcPr>
          <w:p w14:paraId="7ABBF7BA" w14:textId="77777777" w:rsidR="0034256D" w:rsidRDefault="0034256D">
            <w:r>
              <w:rPr>
                <w:sz w:val="16"/>
              </w:rPr>
              <w:t>Application form/Interview</w:t>
            </w:r>
          </w:p>
        </w:tc>
        <w:tc>
          <w:tcPr>
            <w:tcW w:w="1224" w:type="dxa"/>
            <w:tcMar>
              <w:top w:w="80" w:type="dxa"/>
              <w:left w:w="70" w:type="dxa"/>
              <w:bottom w:w="80" w:type="dxa"/>
              <w:right w:w="70" w:type="dxa"/>
            </w:tcMar>
          </w:tcPr>
          <w:p w14:paraId="181B98C1" w14:textId="77777777" w:rsidR="0034256D" w:rsidRDefault="0034256D">
            <w:pPr>
              <w:jc w:val="center"/>
            </w:pPr>
            <w:r>
              <w:rPr>
                <w:sz w:val="16"/>
              </w:rPr>
              <w:t>Essential</w:t>
            </w:r>
          </w:p>
        </w:tc>
      </w:tr>
      <w:tr w:rsidR="0034256D" w14:paraId="14918278" w14:textId="77777777">
        <w:trPr>
          <w:jc w:val="center"/>
        </w:trPr>
        <w:tc>
          <w:tcPr>
            <w:tcW w:w="648" w:type="dxa"/>
            <w:tcMar>
              <w:top w:w="80" w:type="dxa"/>
              <w:left w:w="70" w:type="dxa"/>
              <w:bottom w:w="80" w:type="dxa"/>
              <w:right w:w="70" w:type="dxa"/>
            </w:tcMar>
          </w:tcPr>
          <w:p w14:paraId="5B121549" w14:textId="77777777" w:rsidR="0034256D" w:rsidRDefault="0034256D">
            <w:r>
              <w:rPr>
                <w:sz w:val="16"/>
              </w:rPr>
              <w:t>12</w:t>
            </w:r>
          </w:p>
        </w:tc>
        <w:tc>
          <w:tcPr>
            <w:tcW w:w="2232" w:type="dxa"/>
            <w:vMerge w:val="restart"/>
            <w:tcMar>
              <w:top w:w="80" w:type="dxa"/>
              <w:left w:w="70" w:type="dxa"/>
              <w:bottom w:w="80" w:type="dxa"/>
              <w:right w:w="70" w:type="dxa"/>
            </w:tcMar>
          </w:tcPr>
          <w:p w14:paraId="5FC77C24" w14:textId="77777777" w:rsidR="0034256D" w:rsidRDefault="0034256D">
            <w:r>
              <w:rPr>
                <w:sz w:val="16"/>
              </w:rPr>
              <w:t>Skills and Attributes</w:t>
            </w:r>
          </w:p>
        </w:tc>
        <w:tc>
          <w:tcPr>
            <w:tcW w:w="8640" w:type="dxa"/>
            <w:tcMar>
              <w:top w:w="80" w:type="dxa"/>
              <w:left w:w="70" w:type="dxa"/>
              <w:bottom w:w="80" w:type="dxa"/>
              <w:right w:w="70" w:type="dxa"/>
            </w:tcMar>
          </w:tcPr>
          <w:p w14:paraId="02F25D21" w14:textId="77777777" w:rsidR="0034256D" w:rsidRDefault="0034256D">
            <w:r>
              <w:rPr>
                <w:sz w:val="16"/>
              </w:rPr>
              <w:t>Knowledge of the role of a Designated Safeguarding Lead (DSL).</w:t>
            </w:r>
          </w:p>
        </w:tc>
        <w:tc>
          <w:tcPr>
            <w:tcW w:w="2232" w:type="dxa"/>
            <w:tcMar>
              <w:top w:w="80" w:type="dxa"/>
              <w:left w:w="70" w:type="dxa"/>
              <w:bottom w:w="80" w:type="dxa"/>
              <w:right w:w="70" w:type="dxa"/>
            </w:tcMar>
          </w:tcPr>
          <w:p w14:paraId="26EB6B9E" w14:textId="77777777" w:rsidR="0034256D" w:rsidRDefault="0034256D">
            <w:r>
              <w:rPr>
                <w:sz w:val="16"/>
              </w:rPr>
              <w:t>Application form/Interview</w:t>
            </w:r>
          </w:p>
        </w:tc>
        <w:tc>
          <w:tcPr>
            <w:tcW w:w="1224" w:type="dxa"/>
            <w:tcMar>
              <w:top w:w="80" w:type="dxa"/>
              <w:left w:w="70" w:type="dxa"/>
              <w:bottom w:w="80" w:type="dxa"/>
              <w:right w:w="70" w:type="dxa"/>
            </w:tcMar>
          </w:tcPr>
          <w:p w14:paraId="308C61D2" w14:textId="77777777" w:rsidR="0034256D" w:rsidRDefault="0034256D">
            <w:pPr>
              <w:jc w:val="center"/>
            </w:pPr>
            <w:r>
              <w:rPr>
                <w:sz w:val="16"/>
              </w:rPr>
              <w:t>Desirable</w:t>
            </w:r>
          </w:p>
        </w:tc>
      </w:tr>
      <w:tr w:rsidR="0034256D" w14:paraId="59C6F85D" w14:textId="77777777">
        <w:trPr>
          <w:jc w:val="center"/>
        </w:trPr>
        <w:tc>
          <w:tcPr>
            <w:tcW w:w="648" w:type="dxa"/>
            <w:tcMar>
              <w:top w:w="80" w:type="dxa"/>
              <w:left w:w="70" w:type="dxa"/>
              <w:bottom w:w="80" w:type="dxa"/>
              <w:right w:w="70" w:type="dxa"/>
            </w:tcMar>
          </w:tcPr>
          <w:p w14:paraId="2D46EC85" w14:textId="77777777" w:rsidR="0034256D" w:rsidRDefault="0034256D">
            <w:r>
              <w:rPr>
                <w:sz w:val="16"/>
              </w:rPr>
              <w:t>13</w:t>
            </w:r>
          </w:p>
        </w:tc>
        <w:tc>
          <w:tcPr>
            <w:tcW w:w="2232" w:type="dxa"/>
            <w:vMerge/>
            <w:tcMar>
              <w:top w:w="80" w:type="dxa"/>
              <w:left w:w="70" w:type="dxa"/>
              <w:bottom w:w="80" w:type="dxa"/>
              <w:right w:w="70" w:type="dxa"/>
            </w:tcMar>
          </w:tcPr>
          <w:p w14:paraId="14EC6344" w14:textId="77777777" w:rsidR="0034256D" w:rsidRDefault="0034256D"/>
        </w:tc>
        <w:tc>
          <w:tcPr>
            <w:tcW w:w="8640" w:type="dxa"/>
            <w:tcMar>
              <w:top w:w="80" w:type="dxa"/>
              <w:left w:w="70" w:type="dxa"/>
              <w:bottom w:w="80" w:type="dxa"/>
              <w:right w:w="70" w:type="dxa"/>
            </w:tcMar>
          </w:tcPr>
          <w:p w14:paraId="4BA8DCFA" w14:textId="77777777" w:rsidR="0034256D" w:rsidRDefault="0034256D">
            <w:r>
              <w:rPr>
                <w:sz w:val="16"/>
              </w:rPr>
              <w:t>Relate to parents, children and young people in an empathetic manner.</w:t>
            </w:r>
          </w:p>
        </w:tc>
        <w:tc>
          <w:tcPr>
            <w:tcW w:w="2232" w:type="dxa"/>
            <w:tcMar>
              <w:top w:w="80" w:type="dxa"/>
              <w:left w:w="70" w:type="dxa"/>
              <w:bottom w:w="80" w:type="dxa"/>
              <w:right w:w="70" w:type="dxa"/>
            </w:tcMar>
          </w:tcPr>
          <w:p w14:paraId="28324248" w14:textId="77777777" w:rsidR="0034256D" w:rsidRDefault="0034256D">
            <w:r>
              <w:rPr>
                <w:sz w:val="16"/>
              </w:rPr>
              <w:t>Application form/Interview</w:t>
            </w:r>
          </w:p>
        </w:tc>
        <w:tc>
          <w:tcPr>
            <w:tcW w:w="1224" w:type="dxa"/>
            <w:tcMar>
              <w:top w:w="80" w:type="dxa"/>
              <w:left w:w="70" w:type="dxa"/>
              <w:bottom w:w="80" w:type="dxa"/>
              <w:right w:w="70" w:type="dxa"/>
            </w:tcMar>
          </w:tcPr>
          <w:p w14:paraId="2B25875E" w14:textId="77777777" w:rsidR="0034256D" w:rsidRDefault="0034256D">
            <w:pPr>
              <w:jc w:val="center"/>
            </w:pPr>
            <w:r>
              <w:rPr>
                <w:sz w:val="16"/>
              </w:rPr>
              <w:t>Essential</w:t>
            </w:r>
          </w:p>
        </w:tc>
      </w:tr>
      <w:tr w:rsidR="0034256D" w14:paraId="49C9D58C" w14:textId="77777777">
        <w:trPr>
          <w:jc w:val="center"/>
        </w:trPr>
        <w:tc>
          <w:tcPr>
            <w:tcW w:w="648" w:type="dxa"/>
            <w:tcMar>
              <w:top w:w="80" w:type="dxa"/>
              <w:left w:w="70" w:type="dxa"/>
              <w:bottom w:w="80" w:type="dxa"/>
              <w:right w:w="70" w:type="dxa"/>
            </w:tcMar>
          </w:tcPr>
          <w:p w14:paraId="4132F21C" w14:textId="77777777" w:rsidR="0034256D" w:rsidRDefault="0034256D">
            <w:r>
              <w:rPr>
                <w:sz w:val="16"/>
              </w:rPr>
              <w:t>14</w:t>
            </w:r>
          </w:p>
        </w:tc>
        <w:tc>
          <w:tcPr>
            <w:tcW w:w="2232" w:type="dxa"/>
            <w:vMerge/>
            <w:tcMar>
              <w:top w:w="80" w:type="dxa"/>
              <w:left w:w="70" w:type="dxa"/>
              <w:bottom w:w="80" w:type="dxa"/>
              <w:right w:w="70" w:type="dxa"/>
            </w:tcMar>
          </w:tcPr>
          <w:p w14:paraId="5A7EEC58" w14:textId="77777777" w:rsidR="0034256D" w:rsidRDefault="0034256D"/>
        </w:tc>
        <w:tc>
          <w:tcPr>
            <w:tcW w:w="8640" w:type="dxa"/>
            <w:tcMar>
              <w:top w:w="80" w:type="dxa"/>
              <w:left w:w="70" w:type="dxa"/>
              <w:bottom w:w="80" w:type="dxa"/>
              <w:right w:w="70" w:type="dxa"/>
            </w:tcMar>
          </w:tcPr>
          <w:p w14:paraId="523DD372" w14:textId="77777777" w:rsidR="0034256D" w:rsidRDefault="0034256D">
            <w:r>
              <w:rPr>
                <w:sz w:val="16"/>
              </w:rPr>
              <w:t>Develop a rapport with pupils and their families.</w:t>
            </w:r>
          </w:p>
        </w:tc>
        <w:tc>
          <w:tcPr>
            <w:tcW w:w="2232" w:type="dxa"/>
            <w:tcMar>
              <w:top w:w="80" w:type="dxa"/>
              <w:left w:w="70" w:type="dxa"/>
              <w:bottom w:w="80" w:type="dxa"/>
              <w:right w:w="70" w:type="dxa"/>
            </w:tcMar>
          </w:tcPr>
          <w:p w14:paraId="28E59056" w14:textId="77777777" w:rsidR="0034256D" w:rsidRDefault="0034256D">
            <w:r>
              <w:rPr>
                <w:sz w:val="16"/>
              </w:rPr>
              <w:t>Application form/Interview</w:t>
            </w:r>
          </w:p>
        </w:tc>
        <w:tc>
          <w:tcPr>
            <w:tcW w:w="1224" w:type="dxa"/>
            <w:tcMar>
              <w:top w:w="80" w:type="dxa"/>
              <w:left w:w="70" w:type="dxa"/>
              <w:bottom w:w="80" w:type="dxa"/>
              <w:right w:w="70" w:type="dxa"/>
            </w:tcMar>
          </w:tcPr>
          <w:p w14:paraId="09DEF781" w14:textId="77777777" w:rsidR="0034256D" w:rsidRDefault="0034256D">
            <w:pPr>
              <w:jc w:val="center"/>
            </w:pPr>
            <w:r>
              <w:rPr>
                <w:sz w:val="16"/>
              </w:rPr>
              <w:t>Essential</w:t>
            </w:r>
          </w:p>
        </w:tc>
      </w:tr>
      <w:tr w:rsidR="0034256D" w14:paraId="74233146" w14:textId="77777777">
        <w:trPr>
          <w:jc w:val="center"/>
        </w:trPr>
        <w:tc>
          <w:tcPr>
            <w:tcW w:w="648" w:type="dxa"/>
            <w:tcMar>
              <w:top w:w="80" w:type="dxa"/>
              <w:left w:w="70" w:type="dxa"/>
              <w:bottom w:w="80" w:type="dxa"/>
              <w:right w:w="70" w:type="dxa"/>
            </w:tcMar>
          </w:tcPr>
          <w:p w14:paraId="5F1232D9" w14:textId="77777777" w:rsidR="0034256D" w:rsidRDefault="0034256D">
            <w:r>
              <w:rPr>
                <w:sz w:val="16"/>
              </w:rPr>
              <w:t>15</w:t>
            </w:r>
          </w:p>
        </w:tc>
        <w:tc>
          <w:tcPr>
            <w:tcW w:w="2232" w:type="dxa"/>
            <w:vMerge/>
            <w:tcMar>
              <w:top w:w="80" w:type="dxa"/>
              <w:left w:w="70" w:type="dxa"/>
              <w:bottom w:w="80" w:type="dxa"/>
              <w:right w:w="70" w:type="dxa"/>
            </w:tcMar>
          </w:tcPr>
          <w:p w14:paraId="5835AA9D" w14:textId="77777777" w:rsidR="0034256D" w:rsidRDefault="0034256D"/>
        </w:tc>
        <w:tc>
          <w:tcPr>
            <w:tcW w:w="8640" w:type="dxa"/>
            <w:tcMar>
              <w:top w:w="80" w:type="dxa"/>
              <w:left w:w="70" w:type="dxa"/>
              <w:bottom w:w="80" w:type="dxa"/>
              <w:right w:w="70" w:type="dxa"/>
            </w:tcMar>
          </w:tcPr>
          <w:p w14:paraId="1DDF2593" w14:textId="77777777" w:rsidR="0034256D" w:rsidRDefault="0034256D">
            <w:r>
              <w:rPr>
                <w:sz w:val="16"/>
              </w:rPr>
              <w:t>Deal with difficult situations and/or individuals in a calm, fair but effective manner.</w:t>
            </w:r>
          </w:p>
        </w:tc>
        <w:tc>
          <w:tcPr>
            <w:tcW w:w="2232" w:type="dxa"/>
            <w:tcMar>
              <w:top w:w="80" w:type="dxa"/>
              <w:left w:w="70" w:type="dxa"/>
              <w:bottom w:w="80" w:type="dxa"/>
              <w:right w:w="70" w:type="dxa"/>
            </w:tcMar>
          </w:tcPr>
          <w:p w14:paraId="14B13865" w14:textId="77777777" w:rsidR="0034256D" w:rsidRDefault="0034256D">
            <w:r>
              <w:rPr>
                <w:sz w:val="16"/>
              </w:rPr>
              <w:t>Application form/Interview</w:t>
            </w:r>
          </w:p>
        </w:tc>
        <w:tc>
          <w:tcPr>
            <w:tcW w:w="1224" w:type="dxa"/>
            <w:tcMar>
              <w:top w:w="80" w:type="dxa"/>
              <w:left w:w="70" w:type="dxa"/>
              <w:bottom w:w="80" w:type="dxa"/>
              <w:right w:w="70" w:type="dxa"/>
            </w:tcMar>
          </w:tcPr>
          <w:p w14:paraId="6DCD32CF" w14:textId="77777777" w:rsidR="0034256D" w:rsidRDefault="0034256D">
            <w:pPr>
              <w:jc w:val="center"/>
            </w:pPr>
            <w:r>
              <w:rPr>
                <w:sz w:val="16"/>
              </w:rPr>
              <w:t>Essential</w:t>
            </w:r>
          </w:p>
        </w:tc>
      </w:tr>
      <w:tr w:rsidR="0034256D" w14:paraId="59F0F489" w14:textId="77777777">
        <w:trPr>
          <w:jc w:val="center"/>
        </w:trPr>
        <w:tc>
          <w:tcPr>
            <w:tcW w:w="648" w:type="dxa"/>
            <w:tcMar>
              <w:top w:w="80" w:type="dxa"/>
              <w:left w:w="70" w:type="dxa"/>
              <w:bottom w:w="80" w:type="dxa"/>
              <w:right w:w="70" w:type="dxa"/>
            </w:tcMar>
          </w:tcPr>
          <w:p w14:paraId="052630DC" w14:textId="77777777" w:rsidR="0034256D" w:rsidRDefault="0034256D">
            <w:r>
              <w:rPr>
                <w:sz w:val="16"/>
              </w:rPr>
              <w:t>16</w:t>
            </w:r>
          </w:p>
        </w:tc>
        <w:tc>
          <w:tcPr>
            <w:tcW w:w="2232" w:type="dxa"/>
            <w:vMerge/>
            <w:tcMar>
              <w:top w:w="80" w:type="dxa"/>
              <w:left w:w="70" w:type="dxa"/>
              <w:bottom w:w="80" w:type="dxa"/>
              <w:right w:w="70" w:type="dxa"/>
            </w:tcMar>
          </w:tcPr>
          <w:p w14:paraId="252D2717" w14:textId="77777777" w:rsidR="0034256D" w:rsidRDefault="0034256D"/>
        </w:tc>
        <w:tc>
          <w:tcPr>
            <w:tcW w:w="8640" w:type="dxa"/>
            <w:tcMar>
              <w:top w:w="80" w:type="dxa"/>
              <w:left w:w="70" w:type="dxa"/>
              <w:bottom w:w="80" w:type="dxa"/>
              <w:right w:w="70" w:type="dxa"/>
            </w:tcMar>
          </w:tcPr>
          <w:p w14:paraId="5041558D" w14:textId="77777777" w:rsidR="0034256D" w:rsidRDefault="0034256D">
            <w:r>
              <w:rPr>
                <w:sz w:val="16"/>
              </w:rPr>
              <w:t>Deal with sensitive issues in confidence; influence others, managing discussions effectively to ensure desired actions are achieved.</w:t>
            </w:r>
          </w:p>
        </w:tc>
        <w:tc>
          <w:tcPr>
            <w:tcW w:w="2232" w:type="dxa"/>
            <w:tcMar>
              <w:top w:w="80" w:type="dxa"/>
              <w:left w:w="70" w:type="dxa"/>
              <w:bottom w:w="80" w:type="dxa"/>
              <w:right w:w="70" w:type="dxa"/>
            </w:tcMar>
          </w:tcPr>
          <w:p w14:paraId="757BE4E6" w14:textId="77777777" w:rsidR="0034256D" w:rsidRDefault="0034256D">
            <w:r>
              <w:rPr>
                <w:sz w:val="16"/>
              </w:rPr>
              <w:t>Application form/Interview</w:t>
            </w:r>
          </w:p>
        </w:tc>
        <w:tc>
          <w:tcPr>
            <w:tcW w:w="1224" w:type="dxa"/>
            <w:tcMar>
              <w:top w:w="80" w:type="dxa"/>
              <w:left w:w="70" w:type="dxa"/>
              <w:bottom w:w="80" w:type="dxa"/>
              <w:right w:w="70" w:type="dxa"/>
            </w:tcMar>
          </w:tcPr>
          <w:p w14:paraId="2D09543A" w14:textId="77777777" w:rsidR="0034256D" w:rsidRDefault="0034256D">
            <w:pPr>
              <w:jc w:val="center"/>
            </w:pPr>
            <w:r>
              <w:rPr>
                <w:sz w:val="16"/>
              </w:rPr>
              <w:t>Essential</w:t>
            </w:r>
          </w:p>
        </w:tc>
      </w:tr>
      <w:tr w:rsidR="0034256D" w14:paraId="7EFF96A1" w14:textId="77777777">
        <w:trPr>
          <w:jc w:val="center"/>
        </w:trPr>
        <w:tc>
          <w:tcPr>
            <w:tcW w:w="648" w:type="dxa"/>
            <w:tcMar>
              <w:top w:w="80" w:type="dxa"/>
              <w:left w:w="70" w:type="dxa"/>
              <w:bottom w:w="80" w:type="dxa"/>
              <w:right w:w="70" w:type="dxa"/>
            </w:tcMar>
          </w:tcPr>
          <w:p w14:paraId="0BE1FFD8" w14:textId="77777777" w:rsidR="0034256D" w:rsidRDefault="0034256D">
            <w:r>
              <w:rPr>
                <w:sz w:val="16"/>
              </w:rPr>
              <w:lastRenderedPageBreak/>
              <w:t>17</w:t>
            </w:r>
          </w:p>
        </w:tc>
        <w:tc>
          <w:tcPr>
            <w:tcW w:w="2232" w:type="dxa"/>
            <w:vMerge/>
            <w:tcMar>
              <w:top w:w="80" w:type="dxa"/>
              <w:left w:w="70" w:type="dxa"/>
              <w:bottom w:w="80" w:type="dxa"/>
              <w:right w:w="70" w:type="dxa"/>
            </w:tcMar>
          </w:tcPr>
          <w:p w14:paraId="7820AD4C" w14:textId="77777777" w:rsidR="0034256D" w:rsidRDefault="0034256D"/>
        </w:tc>
        <w:tc>
          <w:tcPr>
            <w:tcW w:w="8640" w:type="dxa"/>
            <w:tcMar>
              <w:top w:w="80" w:type="dxa"/>
              <w:left w:w="70" w:type="dxa"/>
              <w:bottom w:w="80" w:type="dxa"/>
              <w:right w:w="70" w:type="dxa"/>
            </w:tcMar>
          </w:tcPr>
          <w:p w14:paraId="18A546C8" w14:textId="77777777" w:rsidR="0034256D" w:rsidRDefault="0034256D">
            <w:r>
              <w:rPr>
                <w:sz w:val="16"/>
              </w:rPr>
              <w:t>Support learning by giving constructive feedback and coaching.</w:t>
            </w:r>
          </w:p>
        </w:tc>
        <w:tc>
          <w:tcPr>
            <w:tcW w:w="2232" w:type="dxa"/>
            <w:tcMar>
              <w:top w:w="80" w:type="dxa"/>
              <w:left w:w="70" w:type="dxa"/>
              <w:bottom w:w="80" w:type="dxa"/>
              <w:right w:w="70" w:type="dxa"/>
            </w:tcMar>
          </w:tcPr>
          <w:p w14:paraId="17991809" w14:textId="77777777" w:rsidR="0034256D" w:rsidRDefault="0034256D">
            <w:r>
              <w:rPr>
                <w:sz w:val="16"/>
              </w:rPr>
              <w:t>Application form/Interview</w:t>
            </w:r>
          </w:p>
        </w:tc>
        <w:tc>
          <w:tcPr>
            <w:tcW w:w="1224" w:type="dxa"/>
            <w:tcMar>
              <w:top w:w="80" w:type="dxa"/>
              <w:left w:w="70" w:type="dxa"/>
              <w:bottom w:w="80" w:type="dxa"/>
              <w:right w:w="70" w:type="dxa"/>
            </w:tcMar>
          </w:tcPr>
          <w:p w14:paraId="673BDFA4" w14:textId="77777777" w:rsidR="0034256D" w:rsidRDefault="0034256D">
            <w:pPr>
              <w:jc w:val="center"/>
            </w:pPr>
            <w:r>
              <w:rPr>
                <w:sz w:val="16"/>
              </w:rPr>
              <w:t>Essential</w:t>
            </w:r>
          </w:p>
        </w:tc>
      </w:tr>
      <w:tr w:rsidR="0034256D" w14:paraId="3D8B70D0" w14:textId="77777777">
        <w:trPr>
          <w:jc w:val="center"/>
        </w:trPr>
        <w:tc>
          <w:tcPr>
            <w:tcW w:w="648" w:type="dxa"/>
            <w:tcMar>
              <w:top w:w="80" w:type="dxa"/>
              <w:left w:w="70" w:type="dxa"/>
              <w:bottom w:w="80" w:type="dxa"/>
              <w:right w:w="70" w:type="dxa"/>
            </w:tcMar>
          </w:tcPr>
          <w:p w14:paraId="66CF8CC2" w14:textId="77777777" w:rsidR="0034256D" w:rsidRDefault="0034256D">
            <w:r>
              <w:rPr>
                <w:sz w:val="16"/>
              </w:rPr>
              <w:t>18</w:t>
            </w:r>
          </w:p>
        </w:tc>
        <w:tc>
          <w:tcPr>
            <w:tcW w:w="2232" w:type="dxa"/>
            <w:vMerge/>
            <w:tcMar>
              <w:top w:w="80" w:type="dxa"/>
              <w:left w:w="70" w:type="dxa"/>
              <w:bottom w:w="80" w:type="dxa"/>
              <w:right w:w="70" w:type="dxa"/>
            </w:tcMar>
          </w:tcPr>
          <w:p w14:paraId="4357DB33" w14:textId="105859D6" w:rsidR="0034256D" w:rsidRDefault="0034256D"/>
        </w:tc>
        <w:tc>
          <w:tcPr>
            <w:tcW w:w="8640" w:type="dxa"/>
            <w:tcMar>
              <w:top w:w="80" w:type="dxa"/>
              <w:left w:w="70" w:type="dxa"/>
              <w:bottom w:w="80" w:type="dxa"/>
              <w:right w:w="70" w:type="dxa"/>
            </w:tcMar>
          </w:tcPr>
          <w:p w14:paraId="1C80FC83" w14:textId="77777777" w:rsidR="0034256D" w:rsidRDefault="0034256D">
            <w:r>
              <w:rPr>
                <w:sz w:val="16"/>
              </w:rPr>
              <w:t>Communicate effectively – face to face or by telephone, with children/parents/head teacher/social workers/outside agencies etc.</w:t>
            </w:r>
          </w:p>
        </w:tc>
        <w:tc>
          <w:tcPr>
            <w:tcW w:w="2232" w:type="dxa"/>
            <w:tcMar>
              <w:top w:w="80" w:type="dxa"/>
              <w:left w:w="70" w:type="dxa"/>
              <w:bottom w:w="80" w:type="dxa"/>
              <w:right w:w="70" w:type="dxa"/>
            </w:tcMar>
          </w:tcPr>
          <w:p w14:paraId="1B63DDEC" w14:textId="77777777" w:rsidR="0034256D" w:rsidRDefault="0034256D">
            <w:r>
              <w:rPr>
                <w:sz w:val="16"/>
              </w:rPr>
              <w:t>Application form/Interview</w:t>
            </w:r>
          </w:p>
        </w:tc>
        <w:tc>
          <w:tcPr>
            <w:tcW w:w="1224" w:type="dxa"/>
            <w:tcMar>
              <w:top w:w="80" w:type="dxa"/>
              <w:left w:w="70" w:type="dxa"/>
              <w:bottom w:w="80" w:type="dxa"/>
              <w:right w:w="70" w:type="dxa"/>
            </w:tcMar>
          </w:tcPr>
          <w:p w14:paraId="61456047" w14:textId="77777777" w:rsidR="0034256D" w:rsidRDefault="0034256D">
            <w:pPr>
              <w:jc w:val="center"/>
            </w:pPr>
            <w:r>
              <w:rPr>
                <w:sz w:val="16"/>
              </w:rPr>
              <w:t>Essential</w:t>
            </w:r>
          </w:p>
        </w:tc>
      </w:tr>
      <w:tr w:rsidR="0034256D" w14:paraId="3C6FD47A" w14:textId="77777777">
        <w:trPr>
          <w:jc w:val="center"/>
        </w:trPr>
        <w:tc>
          <w:tcPr>
            <w:tcW w:w="648" w:type="dxa"/>
            <w:tcMar>
              <w:top w:w="80" w:type="dxa"/>
              <w:left w:w="70" w:type="dxa"/>
              <w:bottom w:w="80" w:type="dxa"/>
              <w:right w:w="70" w:type="dxa"/>
            </w:tcMar>
          </w:tcPr>
          <w:p w14:paraId="2973C06B" w14:textId="77777777" w:rsidR="0034256D" w:rsidRDefault="0034256D">
            <w:r>
              <w:rPr>
                <w:sz w:val="16"/>
              </w:rPr>
              <w:t>19</w:t>
            </w:r>
          </w:p>
        </w:tc>
        <w:tc>
          <w:tcPr>
            <w:tcW w:w="2232" w:type="dxa"/>
            <w:vMerge/>
            <w:tcMar>
              <w:top w:w="80" w:type="dxa"/>
              <w:left w:w="70" w:type="dxa"/>
              <w:bottom w:w="80" w:type="dxa"/>
              <w:right w:w="70" w:type="dxa"/>
            </w:tcMar>
          </w:tcPr>
          <w:p w14:paraId="58A98F14" w14:textId="77777777" w:rsidR="0034256D" w:rsidRDefault="0034256D"/>
        </w:tc>
        <w:tc>
          <w:tcPr>
            <w:tcW w:w="8640" w:type="dxa"/>
            <w:tcMar>
              <w:top w:w="80" w:type="dxa"/>
              <w:left w:w="70" w:type="dxa"/>
              <w:bottom w:w="80" w:type="dxa"/>
              <w:right w:w="70" w:type="dxa"/>
            </w:tcMar>
          </w:tcPr>
          <w:p w14:paraId="7BE2D3AB" w14:textId="77777777" w:rsidR="0034256D" w:rsidRDefault="0034256D">
            <w:r>
              <w:rPr>
                <w:sz w:val="16"/>
              </w:rPr>
              <w:t>Write reports and letters relevant to issues for school attendance.</w:t>
            </w:r>
          </w:p>
        </w:tc>
        <w:tc>
          <w:tcPr>
            <w:tcW w:w="2232" w:type="dxa"/>
            <w:tcMar>
              <w:top w:w="80" w:type="dxa"/>
              <w:left w:w="70" w:type="dxa"/>
              <w:bottom w:w="80" w:type="dxa"/>
              <w:right w:w="70" w:type="dxa"/>
            </w:tcMar>
          </w:tcPr>
          <w:p w14:paraId="47DF4C6B" w14:textId="77777777" w:rsidR="0034256D" w:rsidRDefault="0034256D">
            <w:r>
              <w:rPr>
                <w:sz w:val="16"/>
              </w:rPr>
              <w:t>Application form/Interview</w:t>
            </w:r>
          </w:p>
        </w:tc>
        <w:tc>
          <w:tcPr>
            <w:tcW w:w="1224" w:type="dxa"/>
            <w:tcMar>
              <w:top w:w="80" w:type="dxa"/>
              <w:left w:w="70" w:type="dxa"/>
              <w:bottom w:w="80" w:type="dxa"/>
              <w:right w:w="70" w:type="dxa"/>
            </w:tcMar>
          </w:tcPr>
          <w:p w14:paraId="5C83841B" w14:textId="77777777" w:rsidR="0034256D" w:rsidRDefault="0034256D">
            <w:pPr>
              <w:jc w:val="center"/>
            </w:pPr>
            <w:r>
              <w:rPr>
                <w:sz w:val="16"/>
              </w:rPr>
              <w:t>Essential</w:t>
            </w:r>
          </w:p>
        </w:tc>
      </w:tr>
      <w:tr w:rsidR="0034256D" w14:paraId="223C5ECD" w14:textId="77777777">
        <w:trPr>
          <w:jc w:val="center"/>
        </w:trPr>
        <w:tc>
          <w:tcPr>
            <w:tcW w:w="648" w:type="dxa"/>
            <w:tcMar>
              <w:top w:w="80" w:type="dxa"/>
              <w:left w:w="70" w:type="dxa"/>
              <w:bottom w:w="80" w:type="dxa"/>
              <w:right w:w="70" w:type="dxa"/>
            </w:tcMar>
          </w:tcPr>
          <w:p w14:paraId="29372FE7" w14:textId="77777777" w:rsidR="0034256D" w:rsidRDefault="0034256D">
            <w:r>
              <w:rPr>
                <w:sz w:val="16"/>
              </w:rPr>
              <w:t>20</w:t>
            </w:r>
          </w:p>
        </w:tc>
        <w:tc>
          <w:tcPr>
            <w:tcW w:w="2232" w:type="dxa"/>
            <w:vMerge/>
            <w:tcMar>
              <w:top w:w="80" w:type="dxa"/>
              <w:left w:w="70" w:type="dxa"/>
              <w:bottom w:w="80" w:type="dxa"/>
              <w:right w:w="70" w:type="dxa"/>
            </w:tcMar>
          </w:tcPr>
          <w:p w14:paraId="453573C1" w14:textId="77777777" w:rsidR="0034256D" w:rsidRDefault="0034256D"/>
        </w:tc>
        <w:tc>
          <w:tcPr>
            <w:tcW w:w="8640" w:type="dxa"/>
            <w:tcMar>
              <w:top w:w="80" w:type="dxa"/>
              <w:left w:w="70" w:type="dxa"/>
              <w:bottom w:w="80" w:type="dxa"/>
              <w:right w:w="70" w:type="dxa"/>
            </w:tcMar>
          </w:tcPr>
          <w:p w14:paraId="2EA68DDA" w14:textId="77777777" w:rsidR="0034256D" w:rsidRDefault="0034256D">
            <w:r>
              <w:rPr>
                <w:sz w:val="16"/>
              </w:rPr>
              <w:t>Prioritise workloads and work to deadlines.</w:t>
            </w:r>
          </w:p>
        </w:tc>
        <w:tc>
          <w:tcPr>
            <w:tcW w:w="2232" w:type="dxa"/>
            <w:tcMar>
              <w:top w:w="80" w:type="dxa"/>
              <w:left w:w="70" w:type="dxa"/>
              <w:bottom w:w="80" w:type="dxa"/>
              <w:right w:w="70" w:type="dxa"/>
            </w:tcMar>
          </w:tcPr>
          <w:p w14:paraId="469CBCC3" w14:textId="77777777" w:rsidR="0034256D" w:rsidRDefault="0034256D">
            <w:r>
              <w:rPr>
                <w:sz w:val="16"/>
              </w:rPr>
              <w:t>Application form/Interview</w:t>
            </w:r>
          </w:p>
        </w:tc>
        <w:tc>
          <w:tcPr>
            <w:tcW w:w="1224" w:type="dxa"/>
            <w:tcMar>
              <w:top w:w="80" w:type="dxa"/>
              <w:left w:w="70" w:type="dxa"/>
              <w:bottom w:w="80" w:type="dxa"/>
              <w:right w:w="70" w:type="dxa"/>
            </w:tcMar>
          </w:tcPr>
          <w:p w14:paraId="06025325" w14:textId="77777777" w:rsidR="0034256D" w:rsidRDefault="0034256D">
            <w:pPr>
              <w:jc w:val="center"/>
            </w:pPr>
            <w:r>
              <w:rPr>
                <w:sz w:val="16"/>
              </w:rPr>
              <w:t>Essential</w:t>
            </w:r>
          </w:p>
        </w:tc>
      </w:tr>
      <w:tr w:rsidR="0034256D" w14:paraId="39409B15" w14:textId="77777777">
        <w:trPr>
          <w:jc w:val="center"/>
        </w:trPr>
        <w:tc>
          <w:tcPr>
            <w:tcW w:w="648" w:type="dxa"/>
            <w:tcMar>
              <w:top w:w="80" w:type="dxa"/>
              <w:left w:w="70" w:type="dxa"/>
              <w:bottom w:w="80" w:type="dxa"/>
              <w:right w:w="70" w:type="dxa"/>
            </w:tcMar>
          </w:tcPr>
          <w:p w14:paraId="010DA655" w14:textId="77777777" w:rsidR="0034256D" w:rsidRDefault="0034256D">
            <w:r>
              <w:rPr>
                <w:sz w:val="16"/>
              </w:rPr>
              <w:t>21</w:t>
            </w:r>
          </w:p>
        </w:tc>
        <w:tc>
          <w:tcPr>
            <w:tcW w:w="2232" w:type="dxa"/>
            <w:vMerge/>
            <w:tcMar>
              <w:top w:w="80" w:type="dxa"/>
              <w:left w:w="70" w:type="dxa"/>
              <w:bottom w:w="80" w:type="dxa"/>
              <w:right w:w="70" w:type="dxa"/>
            </w:tcMar>
          </w:tcPr>
          <w:p w14:paraId="03B2C5C7" w14:textId="77777777" w:rsidR="0034256D" w:rsidRDefault="0034256D"/>
        </w:tc>
        <w:tc>
          <w:tcPr>
            <w:tcW w:w="8640" w:type="dxa"/>
            <w:tcMar>
              <w:top w:w="80" w:type="dxa"/>
              <w:left w:w="70" w:type="dxa"/>
              <w:bottom w:w="80" w:type="dxa"/>
              <w:right w:w="70" w:type="dxa"/>
            </w:tcMar>
          </w:tcPr>
          <w:p w14:paraId="7C5A0DED" w14:textId="77777777" w:rsidR="0034256D" w:rsidRDefault="0034256D">
            <w:r>
              <w:rPr>
                <w:sz w:val="16"/>
              </w:rPr>
              <w:t>Work as part of a team and use own initiative when required.</w:t>
            </w:r>
          </w:p>
        </w:tc>
        <w:tc>
          <w:tcPr>
            <w:tcW w:w="2232" w:type="dxa"/>
            <w:tcMar>
              <w:top w:w="80" w:type="dxa"/>
              <w:left w:w="70" w:type="dxa"/>
              <w:bottom w:w="80" w:type="dxa"/>
              <w:right w:w="70" w:type="dxa"/>
            </w:tcMar>
          </w:tcPr>
          <w:p w14:paraId="25D52FFF" w14:textId="77777777" w:rsidR="0034256D" w:rsidRDefault="0034256D">
            <w:r>
              <w:rPr>
                <w:sz w:val="16"/>
              </w:rPr>
              <w:t>Application form/Interview</w:t>
            </w:r>
          </w:p>
        </w:tc>
        <w:tc>
          <w:tcPr>
            <w:tcW w:w="1224" w:type="dxa"/>
            <w:tcMar>
              <w:top w:w="80" w:type="dxa"/>
              <w:left w:w="70" w:type="dxa"/>
              <w:bottom w:w="80" w:type="dxa"/>
              <w:right w:w="70" w:type="dxa"/>
            </w:tcMar>
          </w:tcPr>
          <w:p w14:paraId="7E9F1DA1" w14:textId="77777777" w:rsidR="0034256D" w:rsidRDefault="0034256D">
            <w:pPr>
              <w:jc w:val="center"/>
            </w:pPr>
            <w:r>
              <w:rPr>
                <w:sz w:val="16"/>
              </w:rPr>
              <w:t>Essential</w:t>
            </w:r>
          </w:p>
        </w:tc>
      </w:tr>
      <w:tr w:rsidR="0034256D" w14:paraId="47C2ACE4" w14:textId="77777777">
        <w:trPr>
          <w:jc w:val="center"/>
        </w:trPr>
        <w:tc>
          <w:tcPr>
            <w:tcW w:w="648" w:type="dxa"/>
            <w:tcMar>
              <w:top w:w="80" w:type="dxa"/>
              <w:left w:w="70" w:type="dxa"/>
              <w:bottom w:w="80" w:type="dxa"/>
              <w:right w:w="70" w:type="dxa"/>
            </w:tcMar>
          </w:tcPr>
          <w:p w14:paraId="7E8A3630" w14:textId="77777777" w:rsidR="0034256D" w:rsidRDefault="0034256D">
            <w:r>
              <w:rPr>
                <w:sz w:val="16"/>
              </w:rPr>
              <w:t>22</w:t>
            </w:r>
          </w:p>
        </w:tc>
        <w:tc>
          <w:tcPr>
            <w:tcW w:w="2232" w:type="dxa"/>
            <w:vMerge/>
            <w:tcMar>
              <w:top w:w="80" w:type="dxa"/>
              <w:left w:w="70" w:type="dxa"/>
              <w:bottom w:w="80" w:type="dxa"/>
              <w:right w:w="70" w:type="dxa"/>
            </w:tcMar>
          </w:tcPr>
          <w:p w14:paraId="174DCD2C" w14:textId="77777777" w:rsidR="0034256D" w:rsidRDefault="0034256D"/>
        </w:tc>
        <w:tc>
          <w:tcPr>
            <w:tcW w:w="8640" w:type="dxa"/>
            <w:tcMar>
              <w:top w:w="80" w:type="dxa"/>
              <w:left w:w="70" w:type="dxa"/>
              <w:bottom w:w="80" w:type="dxa"/>
              <w:right w:w="70" w:type="dxa"/>
            </w:tcMar>
          </w:tcPr>
          <w:p w14:paraId="1EC4BCAC" w14:textId="77777777" w:rsidR="0034256D" w:rsidRDefault="0034256D">
            <w:r>
              <w:rPr>
                <w:sz w:val="16"/>
              </w:rPr>
              <w:t>Work flexibly and manage own time to best effect even when under pressure.</w:t>
            </w:r>
          </w:p>
        </w:tc>
        <w:tc>
          <w:tcPr>
            <w:tcW w:w="2232" w:type="dxa"/>
            <w:tcMar>
              <w:top w:w="80" w:type="dxa"/>
              <w:left w:w="70" w:type="dxa"/>
              <w:bottom w:w="80" w:type="dxa"/>
              <w:right w:w="70" w:type="dxa"/>
            </w:tcMar>
          </w:tcPr>
          <w:p w14:paraId="7C86C1FC" w14:textId="77777777" w:rsidR="0034256D" w:rsidRDefault="0034256D">
            <w:r>
              <w:rPr>
                <w:sz w:val="16"/>
              </w:rPr>
              <w:t>Application form/Interview</w:t>
            </w:r>
          </w:p>
        </w:tc>
        <w:tc>
          <w:tcPr>
            <w:tcW w:w="1224" w:type="dxa"/>
            <w:tcMar>
              <w:top w:w="80" w:type="dxa"/>
              <w:left w:w="70" w:type="dxa"/>
              <w:bottom w:w="80" w:type="dxa"/>
              <w:right w:w="70" w:type="dxa"/>
            </w:tcMar>
          </w:tcPr>
          <w:p w14:paraId="58CCE6E4" w14:textId="77777777" w:rsidR="0034256D" w:rsidRDefault="0034256D">
            <w:pPr>
              <w:jc w:val="center"/>
            </w:pPr>
            <w:r>
              <w:rPr>
                <w:sz w:val="16"/>
              </w:rPr>
              <w:t>Essential</w:t>
            </w:r>
          </w:p>
        </w:tc>
      </w:tr>
      <w:tr w:rsidR="0034256D" w14:paraId="02340102" w14:textId="77777777">
        <w:trPr>
          <w:jc w:val="center"/>
        </w:trPr>
        <w:tc>
          <w:tcPr>
            <w:tcW w:w="648" w:type="dxa"/>
            <w:tcMar>
              <w:top w:w="80" w:type="dxa"/>
              <w:left w:w="70" w:type="dxa"/>
              <w:bottom w:w="80" w:type="dxa"/>
              <w:right w:w="70" w:type="dxa"/>
            </w:tcMar>
          </w:tcPr>
          <w:p w14:paraId="126F8E88" w14:textId="77777777" w:rsidR="0034256D" w:rsidRDefault="0034256D">
            <w:r>
              <w:rPr>
                <w:sz w:val="16"/>
              </w:rPr>
              <w:t>23</w:t>
            </w:r>
          </w:p>
        </w:tc>
        <w:tc>
          <w:tcPr>
            <w:tcW w:w="2232" w:type="dxa"/>
            <w:vMerge/>
            <w:tcMar>
              <w:top w:w="80" w:type="dxa"/>
              <w:left w:w="70" w:type="dxa"/>
              <w:bottom w:w="80" w:type="dxa"/>
              <w:right w:w="70" w:type="dxa"/>
            </w:tcMar>
          </w:tcPr>
          <w:p w14:paraId="5CBBB9DE" w14:textId="77777777" w:rsidR="0034256D" w:rsidRDefault="0034256D"/>
        </w:tc>
        <w:tc>
          <w:tcPr>
            <w:tcW w:w="8640" w:type="dxa"/>
            <w:tcMar>
              <w:top w:w="80" w:type="dxa"/>
              <w:left w:w="70" w:type="dxa"/>
              <w:bottom w:w="80" w:type="dxa"/>
              <w:right w:w="70" w:type="dxa"/>
            </w:tcMar>
          </w:tcPr>
          <w:p w14:paraId="28D657E9" w14:textId="77777777" w:rsidR="0034256D" w:rsidRDefault="0034256D">
            <w:r>
              <w:rPr>
                <w:sz w:val="16"/>
              </w:rPr>
              <w:t>Report and account to line manager as appropriate.</w:t>
            </w:r>
          </w:p>
        </w:tc>
        <w:tc>
          <w:tcPr>
            <w:tcW w:w="2232" w:type="dxa"/>
            <w:tcMar>
              <w:top w:w="80" w:type="dxa"/>
              <w:left w:w="70" w:type="dxa"/>
              <w:bottom w:w="80" w:type="dxa"/>
              <w:right w:w="70" w:type="dxa"/>
            </w:tcMar>
          </w:tcPr>
          <w:p w14:paraId="41F74C74" w14:textId="77777777" w:rsidR="0034256D" w:rsidRDefault="0034256D">
            <w:r>
              <w:rPr>
                <w:sz w:val="16"/>
              </w:rPr>
              <w:t>Application form/Interview</w:t>
            </w:r>
          </w:p>
        </w:tc>
        <w:tc>
          <w:tcPr>
            <w:tcW w:w="1224" w:type="dxa"/>
            <w:tcMar>
              <w:top w:w="80" w:type="dxa"/>
              <w:left w:w="70" w:type="dxa"/>
              <w:bottom w:w="80" w:type="dxa"/>
              <w:right w:w="70" w:type="dxa"/>
            </w:tcMar>
          </w:tcPr>
          <w:p w14:paraId="473CCA91" w14:textId="77777777" w:rsidR="0034256D" w:rsidRDefault="0034256D">
            <w:pPr>
              <w:jc w:val="center"/>
            </w:pPr>
            <w:r>
              <w:rPr>
                <w:sz w:val="16"/>
              </w:rPr>
              <w:t>Essential</w:t>
            </w:r>
          </w:p>
        </w:tc>
      </w:tr>
      <w:tr w:rsidR="0034256D" w14:paraId="21A29F16" w14:textId="77777777">
        <w:trPr>
          <w:jc w:val="center"/>
        </w:trPr>
        <w:tc>
          <w:tcPr>
            <w:tcW w:w="648" w:type="dxa"/>
            <w:tcMar>
              <w:top w:w="80" w:type="dxa"/>
              <w:left w:w="70" w:type="dxa"/>
              <w:bottom w:w="80" w:type="dxa"/>
              <w:right w:w="70" w:type="dxa"/>
            </w:tcMar>
          </w:tcPr>
          <w:p w14:paraId="20176586" w14:textId="77777777" w:rsidR="0034256D" w:rsidRDefault="0034256D">
            <w:r>
              <w:rPr>
                <w:sz w:val="16"/>
              </w:rPr>
              <w:t>24</w:t>
            </w:r>
          </w:p>
        </w:tc>
        <w:tc>
          <w:tcPr>
            <w:tcW w:w="2232" w:type="dxa"/>
            <w:vMerge/>
            <w:tcMar>
              <w:top w:w="80" w:type="dxa"/>
              <w:left w:w="70" w:type="dxa"/>
              <w:bottom w:w="80" w:type="dxa"/>
              <w:right w:w="70" w:type="dxa"/>
            </w:tcMar>
          </w:tcPr>
          <w:p w14:paraId="3C9E7736" w14:textId="77777777" w:rsidR="0034256D" w:rsidRDefault="0034256D"/>
        </w:tc>
        <w:tc>
          <w:tcPr>
            <w:tcW w:w="8640" w:type="dxa"/>
            <w:tcMar>
              <w:top w:w="80" w:type="dxa"/>
              <w:left w:w="70" w:type="dxa"/>
              <w:bottom w:w="80" w:type="dxa"/>
              <w:right w:w="70" w:type="dxa"/>
            </w:tcMar>
          </w:tcPr>
          <w:p w14:paraId="26501F92" w14:textId="77777777" w:rsidR="0034256D" w:rsidRDefault="0034256D">
            <w:r>
              <w:rPr>
                <w:sz w:val="16"/>
              </w:rPr>
              <w:t>Demonstrate awareness/commitment to upholding equal opportunities policies.</w:t>
            </w:r>
          </w:p>
        </w:tc>
        <w:tc>
          <w:tcPr>
            <w:tcW w:w="2232" w:type="dxa"/>
            <w:tcMar>
              <w:top w:w="80" w:type="dxa"/>
              <w:left w:w="70" w:type="dxa"/>
              <w:bottom w:w="80" w:type="dxa"/>
              <w:right w:w="70" w:type="dxa"/>
            </w:tcMar>
          </w:tcPr>
          <w:p w14:paraId="6AD7EC6B" w14:textId="77777777" w:rsidR="0034256D" w:rsidRDefault="0034256D">
            <w:r>
              <w:rPr>
                <w:sz w:val="16"/>
              </w:rPr>
              <w:t>Application form/Interview</w:t>
            </w:r>
          </w:p>
        </w:tc>
        <w:tc>
          <w:tcPr>
            <w:tcW w:w="1224" w:type="dxa"/>
            <w:tcMar>
              <w:top w:w="80" w:type="dxa"/>
              <w:left w:w="70" w:type="dxa"/>
              <w:bottom w:w="80" w:type="dxa"/>
              <w:right w:w="70" w:type="dxa"/>
            </w:tcMar>
          </w:tcPr>
          <w:p w14:paraId="7895B08A" w14:textId="77777777" w:rsidR="0034256D" w:rsidRDefault="0034256D">
            <w:pPr>
              <w:jc w:val="center"/>
            </w:pPr>
            <w:r>
              <w:rPr>
                <w:sz w:val="16"/>
              </w:rPr>
              <w:t>Essential</w:t>
            </w:r>
          </w:p>
        </w:tc>
      </w:tr>
      <w:tr w:rsidR="0034256D" w14:paraId="65848CFC" w14:textId="77777777">
        <w:trPr>
          <w:jc w:val="center"/>
        </w:trPr>
        <w:tc>
          <w:tcPr>
            <w:tcW w:w="648" w:type="dxa"/>
            <w:tcMar>
              <w:top w:w="80" w:type="dxa"/>
              <w:left w:w="70" w:type="dxa"/>
              <w:bottom w:w="80" w:type="dxa"/>
              <w:right w:w="70" w:type="dxa"/>
            </w:tcMar>
          </w:tcPr>
          <w:p w14:paraId="76BDD9B1" w14:textId="77777777" w:rsidR="0034256D" w:rsidRDefault="0034256D">
            <w:r>
              <w:rPr>
                <w:sz w:val="16"/>
              </w:rPr>
              <w:t>25</w:t>
            </w:r>
          </w:p>
        </w:tc>
        <w:tc>
          <w:tcPr>
            <w:tcW w:w="2232" w:type="dxa"/>
            <w:vMerge/>
            <w:tcMar>
              <w:top w:w="80" w:type="dxa"/>
              <w:left w:w="70" w:type="dxa"/>
              <w:bottom w:w="80" w:type="dxa"/>
              <w:right w:w="70" w:type="dxa"/>
            </w:tcMar>
          </w:tcPr>
          <w:p w14:paraId="6C555F2C" w14:textId="77777777" w:rsidR="0034256D" w:rsidRDefault="0034256D"/>
        </w:tc>
        <w:tc>
          <w:tcPr>
            <w:tcW w:w="8640" w:type="dxa"/>
            <w:tcMar>
              <w:top w:w="80" w:type="dxa"/>
              <w:left w:w="70" w:type="dxa"/>
              <w:bottom w:w="80" w:type="dxa"/>
              <w:right w:w="70" w:type="dxa"/>
            </w:tcMar>
          </w:tcPr>
          <w:p w14:paraId="22310F33" w14:textId="77777777" w:rsidR="0034256D" w:rsidRDefault="0034256D">
            <w:r>
              <w:rPr>
                <w:sz w:val="16"/>
              </w:rPr>
              <w:t>Maintain an effective record keeping system.</w:t>
            </w:r>
          </w:p>
        </w:tc>
        <w:tc>
          <w:tcPr>
            <w:tcW w:w="2232" w:type="dxa"/>
            <w:tcMar>
              <w:top w:w="80" w:type="dxa"/>
              <w:left w:w="70" w:type="dxa"/>
              <w:bottom w:w="80" w:type="dxa"/>
              <w:right w:w="70" w:type="dxa"/>
            </w:tcMar>
          </w:tcPr>
          <w:p w14:paraId="4F20E6E0" w14:textId="77777777" w:rsidR="0034256D" w:rsidRDefault="0034256D">
            <w:r>
              <w:rPr>
                <w:sz w:val="16"/>
              </w:rPr>
              <w:t>Application form/Interview</w:t>
            </w:r>
          </w:p>
        </w:tc>
        <w:tc>
          <w:tcPr>
            <w:tcW w:w="1224" w:type="dxa"/>
            <w:tcMar>
              <w:top w:w="80" w:type="dxa"/>
              <w:left w:w="70" w:type="dxa"/>
              <w:bottom w:w="80" w:type="dxa"/>
              <w:right w:w="70" w:type="dxa"/>
            </w:tcMar>
          </w:tcPr>
          <w:p w14:paraId="3C4606ED" w14:textId="77777777" w:rsidR="0034256D" w:rsidRDefault="0034256D">
            <w:pPr>
              <w:jc w:val="center"/>
            </w:pPr>
            <w:r>
              <w:rPr>
                <w:sz w:val="16"/>
              </w:rPr>
              <w:t>Essential</w:t>
            </w:r>
          </w:p>
        </w:tc>
      </w:tr>
      <w:tr w:rsidR="0034256D" w14:paraId="764A34D8" w14:textId="77777777">
        <w:trPr>
          <w:jc w:val="center"/>
        </w:trPr>
        <w:tc>
          <w:tcPr>
            <w:tcW w:w="648" w:type="dxa"/>
            <w:tcMar>
              <w:top w:w="80" w:type="dxa"/>
              <w:left w:w="70" w:type="dxa"/>
              <w:bottom w:w="80" w:type="dxa"/>
              <w:right w:w="70" w:type="dxa"/>
            </w:tcMar>
          </w:tcPr>
          <w:p w14:paraId="2921860D" w14:textId="77777777" w:rsidR="0034256D" w:rsidRDefault="0034256D">
            <w:r>
              <w:rPr>
                <w:sz w:val="16"/>
              </w:rPr>
              <w:t>26</w:t>
            </w:r>
          </w:p>
        </w:tc>
        <w:tc>
          <w:tcPr>
            <w:tcW w:w="2232" w:type="dxa"/>
            <w:vMerge/>
            <w:tcMar>
              <w:top w:w="80" w:type="dxa"/>
              <w:left w:w="70" w:type="dxa"/>
              <w:bottom w:w="80" w:type="dxa"/>
              <w:right w:w="70" w:type="dxa"/>
            </w:tcMar>
          </w:tcPr>
          <w:p w14:paraId="062066C9" w14:textId="77777777" w:rsidR="0034256D" w:rsidRDefault="0034256D"/>
        </w:tc>
        <w:tc>
          <w:tcPr>
            <w:tcW w:w="8640" w:type="dxa"/>
            <w:tcMar>
              <w:top w:w="80" w:type="dxa"/>
              <w:left w:w="70" w:type="dxa"/>
              <w:bottom w:w="80" w:type="dxa"/>
              <w:right w:w="70" w:type="dxa"/>
            </w:tcMar>
          </w:tcPr>
          <w:p w14:paraId="2413DA21" w14:textId="77777777" w:rsidR="0034256D" w:rsidRDefault="0034256D">
            <w:r>
              <w:rPr>
                <w:sz w:val="16"/>
              </w:rPr>
              <w:t>Undertake relevant training.</w:t>
            </w:r>
          </w:p>
        </w:tc>
        <w:tc>
          <w:tcPr>
            <w:tcW w:w="2232" w:type="dxa"/>
            <w:tcMar>
              <w:top w:w="80" w:type="dxa"/>
              <w:left w:w="70" w:type="dxa"/>
              <w:bottom w:w="80" w:type="dxa"/>
              <w:right w:w="70" w:type="dxa"/>
            </w:tcMar>
          </w:tcPr>
          <w:p w14:paraId="28A3E4CE" w14:textId="77777777" w:rsidR="0034256D" w:rsidRDefault="0034256D">
            <w:r>
              <w:rPr>
                <w:sz w:val="16"/>
              </w:rPr>
              <w:t>Application form/Interview</w:t>
            </w:r>
          </w:p>
        </w:tc>
        <w:tc>
          <w:tcPr>
            <w:tcW w:w="1224" w:type="dxa"/>
            <w:tcMar>
              <w:top w:w="80" w:type="dxa"/>
              <w:left w:w="70" w:type="dxa"/>
              <w:bottom w:w="80" w:type="dxa"/>
              <w:right w:w="70" w:type="dxa"/>
            </w:tcMar>
          </w:tcPr>
          <w:p w14:paraId="328D6AE2" w14:textId="77777777" w:rsidR="0034256D" w:rsidRDefault="0034256D">
            <w:pPr>
              <w:jc w:val="center"/>
            </w:pPr>
            <w:r>
              <w:rPr>
                <w:sz w:val="16"/>
              </w:rPr>
              <w:t>Essential</w:t>
            </w:r>
          </w:p>
        </w:tc>
      </w:tr>
      <w:tr w:rsidR="0034256D" w14:paraId="0A1A2505" w14:textId="77777777">
        <w:trPr>
          <w:jc w:val="center"/>
        </w:trPr>
        <w:tc>
          <w:tcPr>
            <w:tcW w:w="648" w:type="dxa"/>
            <w:tcMar>
              <w:top w:w="80" w:type="dxa"/>
              <w:left w:w="70" w:type="dxa"/>
              <w:bottom w:w="80" w:type="dxa"/>
              <w:right w:w="70" w:type="dxa"/>
            </w:tcMar>
          </w:tcPr>
          <w:p w14:paraId="17DA2D05" w14:textId="77777777" w:rsidR="0034256D" w:rsidRDefault="0034256D">
            <w:r>
              <w:rPr>
                <w:sz w:val="16"/>
              </w:rPr>
              <w:t>27</w:t>
            </w:r>
          </w:p>
        </w:tc>
        <w:tc>
          <w:tcPr>
            <w:tcW w:w="2232" w:type="dxa"/>
            <w:vMerge w:val="restart"/>
            <w:tcMar>
              <w:top w:w="80" w:type="dxa"/>
              <w:left w:w="70" w:type="dxa"/>
              <w:bottom w:w="80" w:type="dxa"/>
              <w:right w:w="70" w:type="dxa"/>
            </w:tcMar>
          </w:tcPr>
          <w:p w14:paraId="27FDD7AF" w14:textId="77777777" w:rsidR="0034256D" w:rsidRDefault="0034256D">
            <w:r>
              <w:rPr>
                <w:sz w:val="16"/>
              </w:rPr>
              <w:t>Additional Factors</w:t>
            </w:r>
          </w:p>
        </w:tc>
        <w:tc>
          <w:tcPr>
            <w:tcW w:w="8640" w:type="dxa"/>
            <w:tcMar>
              <w:top w:w="80" w:type="dxa"/>
              <w:left w:w="70" w:type="dxa"/>
              <w:bottom w:w="80" w:type="dxa"/>
              <w:right w:w="70" w:type="dxa"/>
            </w:tcMar>
          </w:tcPr>
          <w:p w14:paraId="50481742" w14:textId="77777777" w:rsidR="0034256D" w:rsidRDefault="0034256D">
            <w:r>
              <w:rPr>
                <w:sz w:val="16"/>
              </w:rPr>
              <w:t>Unequivocal references will be required.</w:t>
            </w:r>
          </w:p>
        </w:tc>
        <w:tc>
          <w:tcPr>
            <w:tcW w:w="2232" w:type="dxa"/>
            <w:tcMar>
              <w:top w:w="80" w:type="dxa"/>
              <w:left w:w="70" w:type="dxa"/>
              <w:bottom w:w="80" w:type="dxa"/>
              <w:right w:w="70" w:type="dxa"/>
            </w:tcMar>
          </w:tcPr>
          <w:p w14:paraId="78B13223" w14:textId="77777777" w:rsidR="0034256D" w:rsidRDefault="0034256D">
            <w:r>
              <w:rPr>
                <w:sz w:val="16"/>
              </w:rPr>
              <w:t>Application form/Interview</w:t>
            </w:r>
          </w:p>
        </w:tc>
        <w:tc>
          <w:tcPr>
            <w:tcW w:w="1224" w:type="dxa"/>
            <w:tcMar>
              <w:top w:w="80" w:type="dxa"/>
              <w:left w:w="70" w:type="dxa"/>
              <w:bottom w:w="80" w:type="dxa"/>
              <w:right w:w="70" w:type="dxa"/>
            </w:tcMar>
          </w:tcPr>
          <w:p w14:paraId="40DD6FE3" w14:textId="77777777" w:rsidR="0034256D" w:rsidRDefault="0034256D">
            <w:pPr>
              <w:jc w:val="center"/>
            </w:pPr>
            <w:r>
              <w:rPr>
                <w:sz w:val="16"/>
              </w:rPr>
              <w:t>Essential</w:t>
            </w:r>
          </w:p>
        </w:tc>
      </w:tr>
      <w:tr w:rsidR="0034256D" w14:paraId="5CAC1F88" w14:textId="77777777">
        <w:trPr>
          <w:jc w:val="center"/>
        </w:trPr>
        <w:tc>
          <w:tcPr>
            <w:tcW w:w="648" w:type="dxa"/>
            <w:tcMar>
              <w:top w:w="80" w:type="dxa"/>
              <w:left w:w="70" w:type="dxa"/>
              <w:bottom w:w="80" w:type="dxa"/>
              <w:right w:w="70" w:type="dxa"/>
            </w:tcMar>
          </w:tcPr>
          <w:p w14:paraId="280AE438" w14:textId="77777777" w:rsidR="0034256D" w:rsidRDefault="0034256D">
            <w:r>
              <w:rPr>
                <w:sz w:val="16"/>
              </w:rPr>
              <w:t>28</w:t>
            </w:r>
          </w:p>
        </w:tc>
        <w:tc>
          <w:tcPr>
            <w:tcW w:w="2232" w:type="dxa"/>
            <w:vMerge/>
            <w:tcMar>
              <w:top w:w="80" w:type="dxa"/>
              <w:left w:w="70" w:type="dxa"/>
              <w:bottom w:w="80" w:type="dxa"/>
              <w:right w:w="70" w:type="dxa"/>
            </w:tcMar>
          </w:tcPr>
          <w:p w14:paraId="44E2030C" w14:textId="77777777" w:rsidR="0034256D" w:rsidRDefault="0034256D"/>
        </w:tc>
        <w:tc>
          <w:tcPr>
            <w:tcW w:w="8640" w:type="dxa"/>
            <w:tcMar>
              <w:top w:w="80" w:type="dxa"/>
              <w:left w:w="70" w:type="dxa"/>
              <w:bottom w:w="80" w:type="dxa"/>
              <w:right w:w="70" w:type="dxa"/>
            </w:tcMar>
          </w:tcPr>
          <w:p w14:paraId="2D9BC0DF" w14:textId="77777777" w:rsidR="0034256D" w:rsidRDefault="0034256D">
            <w:r>
              <w:rPr>
                <w:sz w:val="16"/>
              </w:rPr>
              <w:t>The responsibilities of the post require the post-holder to have significant unsupervised contact with pupils and their families and enhanced Criminal Records Bureau disclosure will be required prior to appointment. This post is exempt from the provisions of the Rehabilitation of Offenders Act 1974.</w:t>
            </w:r>
          </w:p>
        </w:tc>
        <w:tc>
          <w:tcPr>
            <w:tcW w:w="2232" w:type="dxa"/>
            <w:tcMar>
              <w:top w:w="80" w:type="dxa"/>
              <w:left w:w="70" w:type="dxa"/>
              <w:bottom w:w="80" w:type="dxa"/>
              <w:right w:w="70" w:type="dxa"/>
            </w:tcMar>
          </w:tcPr>
          <w:p w14:paraId="4B42F8DD" w14:textId="77777777" w:rsidR="0034256D" w:rsidRDefault="0034256D">
            <w:r>
              <w:rPr>
                <w:sz w:val="16"/>
              </w:rPr>
              <w:t>Application form/Interview</w:t>
            </w:r>
          </w:p>
        </w:tc>
        <w:tc>
          <w:tcPr>
            <w:tcW w:w="1224" w:type="dxa"/>
            <w:tcMar>
              <w:top w:w="80" w:type="dxa"/>
              <w:left w:w="70" w:type="dxa"/>
              <w:bottom w:w="80" w:type="dxa"/>
              <w:right w:w="70" w:type="dxa"/>
            </w:tcMar>
          </w:tcPr>
          <w:p w14:paraId="6352058F" w14:textId="77777777" w:rsidR="0034256D" w:rsidRDefault="0034256D">
            <w:pPr>
              <w:jc w:val="center"/>
            </w:pPr>
            <w:r>
              <w:rPr>
                <w:sz w:val="16"/>
              </w:rPr>
              <w:t>Essential</w:t>
            </w:r>
          </w:p>
        </w:tc>
      </w:tr>
    </w:tbl>
    <w:p w14:paraId="5242836A" w14:textId="77777777" w:rsidR="004B7654" w:rsidRDefault="004B7654"/>
    <w:sectPr w:rsidR="00000000" w:rsidSect="00034616">
      <w:footerReference w:type="default" r:id="rId10"/>
      <w:pgSz w:w="16834" w:h="11909" w:orient="landscape"/>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7570E" w14:textId="77777777" w:rsidR="004B7654" w:rsidRDefault="004B7654">
      <w:pPr>
        <w:spacing w:after="0" w:line="240" w:lineRule="auto"/>
      </w:pPr>
      <w:r>
        <w:separator/>
      </w:r>
    </w:p>
  </w:endnote>
  <w:endnote w:type="continuationSeparator" w:id="0">
    <w:p w14:paraId="5A524218" w14:textId="77777777" w:rsidR="004B7654" w:rsidRDefault="004B7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DDD1A" w14:textId="77777777" w:rsidR="00F439EF" w:rsidRDefault="004B7654">
    <w:pPr>
      <w:pStyle w:val="Footer"/>
      <w:jc w:val="center"/>
    </w:pPr>
    <w:r>
      <w:rPr>
        <w:sz w:val="14"/>
      </w:rPr>
      <w:t>Athersley South Primary School – Parent Support Advisor (PSA) Employee Specification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9B9CC" w14:textId="77777777" w:rsidR="004B7654" w:rsidRDefault="004B7654">
      <w:pPr>
        <w:spacing w:after="0" w:line="240" w:lineRule="auto"/>
      </w:pPr>
      <w:r>
        <w:separator/>
      </w:r>
    </w:p>
  </w:footnote>
  <w:footnote w:type="continuationSeparator" w:id="0">
    <w:p w14:paraId="2222C598" w14:textId="77777777" w:rsidR="004B7654" w:rsidRDefault="004B76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0988682">
    <w:abstractNumId w:val="8"/>
  </w:num>
  <w:num w:numId="2" w16cid:durableId="2051488574">
    <w:abstractNumId w:val="6"/>
  </w:num>
  <w:num w:numId="3" w16cid:durableId="487987258">
    <w:abstractNumId w:val="5"/>
  </w:num>
  <w:num w:numId="4" w16cid:durableId="560168771">
    <w:abstractNumId w:val="4"/>
  </w:num>
  <w:num w:numId="5" w16cid:durableId="539128614">
    <w:abstractNumId w:val="7"/>
  </w:num>
  <w:num w:numId="6" w16cid:durableId="827021432">
    <w:abstractNumId w:val="3"/>
  </w:num>
  <w:num w:numId="7" w16cid:durableId="54596742">
    <w:abstractNumId w:val="2"/>
  </w:num>
  <w:num w:numId="8" w16cid:durableId="594485897">
    <w:abstractNumId w:val="1"/>
  </w:num>
  <w:num w:numId="9" w16cid:durableId="1742942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56D"/>
    <w:rsid w:val="004B7654"/>
    <w:rsid w:val="00AA1D8D"/>
    <w:rsid w:val="00B47730"/>
    <w:rsid w:val="00CB0664"/>
    <w:rsid w:val="00E3440C"/>
    <w:rsid w:val="00EE79DD"/>
    <w:rsid w:val="00F439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D72763"/>
  <w14:defaultImageDpi w14:val="300"/>
  <w15:docId w15:val="{97F98916-6CED-434E-A2B2-80A3B2F6E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 Boreham</cp:lastModifiedBy>
  <cp:revision>4</cp:revision>
  <dcterms:created xsi:type="dcterms:W3CDTF">2026-09-04T14:52:00Z</dcterms:created>
  <dcterms:modified xsi:type="dcterms:W3CDTF">2026-09-04T14:55:00Z</dcterms:modified>
  <cp:category/>
</cp:coreProperties>
</file>