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A70702" w14:textId="77777777" w:rsidR="00346248" w:rsidRDefault="007F4E90">
      <w:r>
        <w:rPr>
          <w:b/>
          <w:color w:val="247393"/>
          <w:sz w:val="20"/>
        </w:rPr>
        <w:t>OXFORD GARDENS PRIMARY SCHOOL</w:t>
      </w:r>
    </w:p>
    <w:p w14:paraId="59C4AA4C" w14:textId="77777777" w:rsidR="00346248" w:rsidRDefault="007F4E90">
      <w:pPr>
        <w:pStyle w:val="Title"/>
        <w:spacing w:after="40"/>
      </w:pPr>
      <w:r>
        <w:t>Welfare &amp; Child Protection Officer</w:t>
      </w:r>
    </w:p>
    <w:p w14:paraId="68C605E4" w14:textId="77777777" w:rsidR="00346248" w:rsidRDefault="007F4E90">
      <w:r>
        <w:rPr>
          <w:b/>
          <w:color w:val="3F6771"/>
          <w:sz w:val="24"/>
        </w:rPr>
        <w:t xml:space="preserve">Help children feel safe, </w:t>
      </w:r>
      <w:proofErr w:type="gramStart"/>
      <w:r>
        <w:rPr>
          <w:b/>
          <w:color w:val="3F6771"/>
          <w:sz w:val="24"/>
        </w:rPr>
        <w:t>supported</w:t>
      </w:r>
      <w:proofErr w:type="gramEnd"/>
      <w:r>
        <w:rPr>
          <w:b/>
          <w:color w:val="3F6771"/>
          <w:sz w:val="24"/>
        </w:rPr>
        <w:t xml:space="preserve"> and ready to thrive.</w:t>
      </w:r>
    </w:p>
    <w:tbl>
      <w:tblPr>
        <w:tblW w:w="0" w:type="auto"/>
        <w:tblLayout w:type="fixed"/>
        <w:tblLook w:val="04A0" w:firstRow="1" w:lastRow="0" w:firstColumn="1" w:lastColumn="0" w:noHBand="0" w:noVBand="1"/>
      </w:tblPr>
      <w:tblGrid>
        <w:gridCol w:w="4896"/>
        <w:gridCol w:w="4896"/>
      </w:tblGrid>
      <w:tr w:rsidR="00346248" w14:paraId="1D090249" w14:textId="77777777">
        <w:tc>
          <w:tcPr>
            <w:tcW w:w="4896" w:type="dxa"/>
            <w:vAlign w:val="center"/>
          </w:tcPr>
          <w:p w14:paraId="76024DED" w14:textId="77C908B2" w:rsidR="00FE0812" w:rsidRPr="00FE0812" w:rsidRDefault="007F4E90" w:rsidP="00FE0812">
            <w:pPr>
              <w:spacing w:after="0"/>
              <w:rPr>
                <w:lang w:val="en-GB"/>
              </w:rPr>
            </w:pPr>
            <w:r>
              <w:t xml:space="preserve">Grade: </w:t>
            </w:r>
            <w:r w:rsidR="00FE0812">
              <w:t xml:space="preserve"> </w:t>
            </w:r>
            <w:r w:rsidR="00FE0812" w:rsidRPr="00FE0812">
              <w:rPr>
                <w:lang w:val="en-GB"/>
              </w:rPr>
              <w:t xml:space="preserve">SO2 </w:t>
            </w:r>
            <w:proofErr w:type="gramStart"/>
            <w:r w:rsidR="00FE0812" w:rsidRPr="00FE0812">
              <w:rPr>
                <w:lang w:val="en-GB"/>
              </w:rPr>
              <w:t>p.27</w:t>
            </w:r>
            <w:r w:rsidR="00FE0812">
              <w:rPr>
                <w:lang w:val="en-GB"/>
              </w:rPr>
              <w:t xml:space="preserve">  </w:t>
            </w:r>
            <w:r w:rsidR="00FE0812" w:rsidRPr="00FE0812">
              <w:rPr>
                <w:rFonts w:ascii="Calibri" w:eastAsia="Times New Roman" w:hAnsi="Calibri" w:cs="Calibri"/>
                <w:color w:val="auto"/>
                <w:sz w:val="22"/>
                <w:lang w:val="en-GB" w:eastAsia="en-GB"/>
              </w:rPr>
              <w:t>£</w:t>
            </w:r>
            <w:proofErr w:type="gramEnd"/>
            <w:r w:rsidR="00FE0812" w:rsidRPr="00FE0812">
              <w:rPr>
                <w:rFonts w:ascii="Calibri" w:eastAsia="Times New Roman" w:hAnsi="Calibri" w:cs="Calibri"/>
                <w:color w:val="auto"/>
                <w:sz w:val="22"/>
                <w:lang w:val="en-GB" w:eastAsia="en-GB"/>
              </w:rPr>
              <w:t>44,331 pro rata</w:t>
            </w:r>
          </w:p>
          <w:p w14:paraId="0FDCE555" w14:textId="51748039" w:rsidR="00346248" w:rsidRDefault="00346248">
            <w:pPr>
              <w:spacing w:after="0"/>
            </w:pPr>
          </w:p>
        </w:tc>
        <w:tc>
          <w:tcPr>
            <w:tcW w:w="4896" w:type="dxa"/>
            <w:vAlign w:val="center"/>
          </w:tcPr>
          <w:p w14:paraId="45040D79" w14:textId="77777777" w:rsidR="00346248" w:rsidRDefault="007F4E90">
            <w:pPr>
              <w:spacing w:after="0"/>
            </w:pPr>
            <w:r>
              <w:t xml:space="preserve">Location: Oxford Gardens Primary School, Royal Borough of </w:t>
            </w:r>
            <w:proofErr w:type="gramStart"/>
            <w:r>
              <w:t>Kensington</w:t>
            </w:r>
            <w:proofErr w:type="gramEnd"/>
            <w:r>
              <w:t xml:space="preserve"> and Chelsea</w:t>
            </w:r>
          </w:p>
          <w:p w14:paraId="285697C4" w14:textId="551941F4" w:rsidR="007F4E90" w:rsidRDefault="007F4E90">
            <w:pPr>
              <w:spacing w:after="0"/>
            </w:pPr>
          </w:p>
        </w:tc>
      </w:tr>
      <w:tr w:rsidR="00346248" w14:paraId="7A6DF7C2" w14:textId="77777777">
        <w:tc>
          <w:tcPr>
            <w:tcW w:w="4896" w:type="dxa"/>
            <w:vAlign w:val="center"/>
          </w:tcPr>
          <w:p w14:paraId="714A52B3" w14:textId="77777777" w:rsidR="007F4E90" w:rsidRDefault="007F4E90">
            <w:pPr>
              <w:spacing w:after="0"/>
            </w:pPr>
          </w:p>
          <w:p w14:paraId="7DA97A51" w14:textId="4785C102" w:rsidR="00346248" w:rsidRDefault="007F4E90">
            <w:pPr>
              <w:spacing w:after="0"/>
            </w:pPr>
            <w:r>
              <w:t xml:space="preserve">Start date: </w:t>
            </w:r>
            <w:r w:rsidR="00141E4D">
              <w:t>As soon as possible</w:t>
            </w:r>
          </w:p>
        </w:tc>
        <w:tc>
          <w:tcPr>
            <w:tcW w:w="4896" w:type="dxa"/>
            <w:vAlign w:val="center"/>
          </w:tcPr>
          <w:p w14:paraId="5EC434A2" w14:textId="77777777" w:rsidR="007F4E90" w:rsidRDefault="007F4E90">
            <w:pPr>
              <w:spacing w:after="0"/>
            </w:pPr>
          </w:p>
          <w:p w14:paraId="69C6606C" w14:textId="4B538939" w:rsidR="00346248" w:rsidRDefault="007F4E90">
            <w:pPr>
              <w:spacing w:after="0"/>
            </w:pPr>
            <w:r>
              <w:t xml:space="preserve">Hours / contract: </w:t>
            </w:r>
            <w:r w:rsidR="00141E4D">
              <w:t>36 hours per week</w:t>
            </w:r>
          </w:p>
        </w:tc>
      </w:tr>
    </w:tbl>
    <w:p w14:paraId="25FB8B4F" w14:textId="77777777" w:rsidR="00141E4D" w:rsidRDefault="00141E4D">
      <w:pPr>
        <w:rPr>
          <w:b/>
          <w:bCs/>
          <w:i/>
          <w:iCs/>
          <w:color w:val="000000" w:themeColor="text1"/>
        </w:rPr>
      </w:pPr>
    </w:p>
    <w:p w14:paraId="67C6B639" w14:textId="13AE6F96" w:rsidR="00346248" w:rsidRPr="00141E4D" w:rsidRDefault="007F4E90">
      <w:pPr>
        <w:rPr>
          <w:b/>
          <w:bCs/>
          <w:i/>
          <w:iCs/>
          <w:color w:val="000000" w:themeColor="text1"/>
        </w:rPr>
      </w:pPr>
      <w:r w:rsidRPr="00141E4D">
        <w:rPr>
          <w:b/>
          <w:bCs/>
          <w:i/>
          <w:iCs/>
          <w:color w:val="000000" w:themeColor="text1"/>
        </w:rPr>
        <w:t>Could you be the person who helps a child get back into school, supports a family through a difficult time, or spots a concern before it becomes a crisis?</w:t>
      </w:r>
    </w:p>
    <w:p w14:paraId="4D49A65C" w14:textId="77777777" w:rsidR="00346248" w:rsidRDefault="007F4E90">
      <w:r>
        <w:t xml:space="preserve">The Executive Team and Governing Body of Connected Futures Partnership Federation are looking </w:t>
      </w:r>
      <w:r>
        <w:t>for an exceptional Welfare &amp; Child Protection Officer to join Oxford Gardens Primary School. This is a chance to make a real, visible difference — combining compassionate family support with strong safeguarding leadership and a determined focus on improvin</w:t>
      </w:r>
      <w:r>
        <w:t>g attendance.</w:t>
      </w:r>
    </w:p>
    <w:p w14:paraId="1D8008B7" w14:textId="77777777" w:rsidR="00346248" w:rsidRDefault="007F4E90">
      <w:pPr>
        <w:pStyle w:val="Heading2"/>
      </w:pPr>
      <w:r>
        <w:t>A role with purpose</w:t>
      </w:r>
    </w:p>
    <w:p w14:paraId="53DB2088" w14:textId="77777777" w:rsidR="00346248" w:rsidRDefault="007F4E90">
      <w:r>
        <w:t xml:space="preserve">At Oxford Gardens, we believe that every child deserves to feel safe, </w:t>
      </w:r>
      <w:proofErr w:type="gramStart"/>
      <w:r>
        <w:t>included</w:t>
      </w:r>
      <w:proofErr w:type="gramEnd"/>
      <w:r>
        <w:t xml:space="preserve"> and able to attend school regularly. We are strengthening our approach to early help, attendance and family engagement, and this role will be c</w:t>
      </w:r>
      <w:r>
        <w:t xml:space="preserve">entral to that work. You will work closely with our Headteacher, staff, children, </w:t>
      </w:r>
      <w:proofErr w:type="gramStart"/>
      <w:r>
        <w:t>families</w:t>
      </w:r>
      <w:proofErr w:type="gramEnd"/>
      <w:r>
        <w:t xml:space="preserve"> and external partners to turn concern into coordinated action and support.</w:t>
      </w:r>
    </w:p>
    <w:p w14:paraId="187BE942" w14:textId="77777777" w:rsidR="00346248" w:rsidRDefault="007F4E90">
      <w:r>
        <w:t>As our Welfare &amp; Child Protection Officer, you will:</w:t>
      </w:r>
    </w:p>
    <w:p w14:paraId="64B0595F" w14:textId="1C4CB6B6" w:rsidR="00346248" w:rsidRDefault="007F4E90" w:rsidP="00141E4D">
      <w:pPr>
        <w:pStyle w:val="ListBullet"/>
        <w:numPr>
          <w:ilvl w:val="0"/>
          <w:numId w:val="10"/>
        </w:numPr>
      </w:pPr>
      <w:r>
        <w:t>Act as the school’s Designated Safegu</w:t>
      </w:r>
      <w:r>
        <w:t>arding Lead, leading effective child protection practice, referrals, recording and escalation.</w:t>
      </w:r>
      <w:r w:rsidR="00141E4D">
        <w:t xml:space="preserve"> You will be supported in this role members of the leadership team as Deputy Designated Safeguarding Leads.</w:t>
      </w:r>
    </w:p>
    <w:p w14:paraId="5C618DE4" w14:textId="77777777" w:rsidR="00346248" w:rsidRDefault="007F4E90" w:rsidP="00141E4D">
      <w:pPr>
        <w:pStyle w:val="ListBullet"/>
        <w:numPr>
          <w:ilvl w:val="0"/>
          <w:numId w:val="10"/>
        </w:numPr>
      </w:pPr>
      <w:r>
        <w:t>Lead and strengthen attendance processes, using data t</w:t>
      </w:r>
      <w:r>
        <w:t>o spot emerging concerns and support pupils at risk of persistent or severe absence.</w:t>
      </w:r>
    </w:p>
    <w:p w14:paraId="258D51C0" w14:textId="77777777" w:rsidR="00346248" w:rsidRDefault="007F4E90" w:rsidP="00141E4D">
      <w:pPr>
        <w:pStyle w:val="ListBullet"/>
        <w:numPr>
          <w:ilvl w:val="0"/>
          <w:numId w:val="10"/>
        </w:numPr>
      </w:pPr>
      <w:r>
        <w:t xml:space="preserve">Build trusting relationships with children and families, combining empathy, practical </w:t>
      </w:r>
      <w:proofErr w:type="gramStart"/>
      <w:r>
        <w:t>support</w:t>
      </w:r>
      <w:proofErr w:type="gramEnd"/>
      <w:r>
        <w:t xml:space="preserve"> and appropriate challenge.</w:t>
      </w:r>
    </w:p>
    <w:p w14:paraId="3985F822" w14:textId="77777777" w:rsidR="00346248" w:rsidRDefault="007F4E90" w:rsidP="00141E4D">
      <w:pPr>
        <w:pStyle w:val="ListBullet"/>
        <w:numPr>
          <w:ilvl w:val="0"/>
          <w:numId w:val="10"/>
        </w:numPr>
      </w:pPr>
      <w:r>
        <w:t>Coordinate early help, multi-agency working, atten</w:t>
      </w:r>
      <w:r>
        <w:t>dance meetings and individual support plans to remove barriers to education.</w:t>
      </w:r>
    </w:p>
    <w:p w14:paraId="638D11D5" w14:textId="77777777" w:rsidR="00346248" w:rsidRDefault="007F4E90" w:rsidP="00141E4D">
      <w:pPr>
        <w:pStyle w:val="ListBullet"/>
        <w:numPr>
          <w:ilvl w:val="0"/>
          <w:numId w:val="10"/>
        </w:numPr>
      </w:pPr>
      <w:r>
        <w:t>Support admissions, transitions and children missing education procedures, ensuring accurate records and timely follow-up.</w:t>
      </w:r>
    </w:p>
    <w:p w14:paraId="35F1FE48" w14:textId="77777777" w:rsidR="00346248" w:rsidRDefault="007F4E90" w:rsidP="00141E4D">
      <w:pPr>
        <w:pStyle w:val="ListBullet"/>
        <w:numPr>
          <w:ilvl w:val="0"/>
          <w:numId w:val="10"/>
        </w:numPr>
      </w:pPr>
      <w:r>
        <w:t>Provide clear information and advice to leaders, helping</w:t>
      </w:r>
      <w:r>
        <w:t xml:space="preserve"> the school evaluate what is working and where further action is needed.</w:t>
      </w:r>
    </w:p>
    <w:p w14:paraId="1FB4EB32" w14:textId="77777777" w:rsidR="00346248" w:rsidRDefault="007F4E90">
      <w:pPr>
        <w:pStyle w:val="Heading2"/>
      </w:pPr>
      <w:r>
        <w:t>What you will bring</w:t>
      </w:r>
    </w:p>
    <w:p w14:paraId="7AAFAB3C" w14:textId="77777777" w:rsidR="00346248" w:rsidRDefault="007F4E90">
      <w:r>
        <w:t xml:space="preserve">We are looking for someone who is approachable, resilient, </w:t>
      </w:r>
      <w:proofErr w:type="gramStart"/>
      <w:r>
        <w:t>organised</w:t>
      </w:r>
      <w:proofErr w:type="gramEnd"/>
      <w:r>
        <w:t xml:space="preserve"> and confident in making sound professional judgements. You will understand </w:t>
      </w:r>
      <w:r>
        <w:t>safeguarding and child protection responsibilities, attendance expectations and multi-agency referral pathways, and you will be able to interpret information, hold sensitive conversations and act decisively when children need help.</w:t>
      </w:r>
    </w:p>
    <w:p w14:paraId="40492757" w14:textId="77777777" w:rsidR="00346248" w:rsidRDefault="007F4E90">
      <w:r>
        <w:t xml:space="preserve">Relevant experience and </w:t>
      </w:r>
      <w:r>
        <w:t>skills matter more than a particular formal qualification. Appropriate Designated Safeguarding Lead training will be required, with training and ongoing updates undertaken as necessary.</w:t>
      </w:r>
    </w:p>
    <w:p w14:paraId="517708E6" w14:textId="77777777" w:rsidR="00346248" w:rsidRDefault="007F4E90">
      <w:pPr>
        <w:pStyle w:val="Heading2"/>
      </w:pPr>
      <w:r>
        <w:lastRenderedPageBreak/>
        <w:t>Why join Oxford Gardens?</w:t>
      </w:r>
    </w:p>
    <w:p w14:paraId="5E9D46A8" w14:textId="77777777" w:rsidR="00346248" w:rsidRDefault="007F4E90">
      <w:r>
        <w:t>Oxford Gardens is part of Connected Futures P</w:t>
      </w:r>
      <w:r>
        <w:t>artnership Federation: four primary schools, three nursery schools and wider family and community provision. You will join a collaborative, ambitious team that shares expertise across settings and is committed to developing its people. This is a genuine op</w:t>
      </w:r>
      <w:r>
        <w:t>portunity to shape practice, contribute to school improvement and see the impact of your work in children’s everyday lives.</w:t>
      </w:r>
    </w:p>
    <w:p w14:paraId="5618B676" w14:textId="7963EEA8" w:rsidR="00346248" w:rsidRDefault="007F4E90">
      <w:r>
        <w:rPr>
          <w:b/>
        </w:rPr>
        <w:t xml:space="preserve">Closing date: </w:t>
      </w:r>
      <w:r w:rsidR="00FE0812">
        <w:t>16</w:t>
      </w:r>
      <w:r w:rsidR="00FE0812" w:rsidRPr="00FE0812">
        <w:rPr>
          <w:vertAlign w:val="superscript"/>
        </w:rPr>
        <w:t>th</w:t>
      </w:r>
      <w:r w:rsidR="00FE0812">
        <w:t xml:space="preserve"> November</w:t>
      </w:r>
      <w:r>
        <w:t xml:space="preserve">   </w:t>
      </w:r>
      <w:r>
        <w:rPr>
          <w:b/>
        </w:rPr>
        <w:t xml:space="preserve">Interviews: </w:t>
      </w:r>
      <w:r w:rsidR="00FE0812" w:rsidRPr="00FE0812">
        <w:rPr>
          <w:bCs/>
        </w:rPr>
        <w:t>23</w:t>
      </w:r>
      <w:r w:rsidR="00FE0812" w:rsidRPr="00FE0812">
        <w:rPr>
          <w:bCs/>
          <w:vertAlign w:val="superscript"/>
        </w:rPr>
        <w:t>rd</w:t>
      </w:r>
      <w:r w:rsidR="00FE0812" w:rsidRPr="00FE0812">
        <w:rPr>
          <w:bCs/>
        </w:rPr>
        <w:t xml:space="preserve"> November</w:t>
      </w:r>
    </w:p>
    <w:p w14:paraId="0D1CB578" w14:textId="77777777" w:rsidR="00346248" w:rsidRDefault="007F4E90">
      <w:pPr>
        <w:pStyle w:val="Heading2"/>
      </w:pPr>
      <w:r>
        <w:t>Safeguarding and recruitment</w:t>
      </w:r>
    </w:p>
    <w:p w14:paraId="216A85F3" w14:textId="77777777" w:rsidR="00346248" w:rsidRDefault="007F4E90">
      <w:r>
        <w:t>Oxford Gardens Primary School and Connected Futures Pa</w:t>
      </w:r>
      <w:r>
        <w:t xml:space="preserve">rtnership Federation are committed to safeguarding and promoting the welfare of children. All staff are expected to share this commitment. The successful candidate will be subject to appropriate safer recruitment checks, including an enhanced DBS check, </w:t>
      </w:r>
      <w:proofErr w:type="gramStart"/>
      <w:r>
        <w:t>re</w:t>
      </w:r>
      <w:r>
        <w:t>ferences</w:t>
      </w:r>
      <w:proofErr w:type="gramEnd"/>
      <w:r>
        <w:t xml:space="preserve"> and verification of relevant documentation. We welcome applications from candidates from all backgrounds.</w:t>
      </w:r>
    </w:p>
    <w:sectPr w:rsidR="00346248" w:rsidSect="00034616">
      <w:footerReference w:type="default" r:id="rId8"/>
      <w:pgSz w:w="12240" w:h="15840"/>
      <w:pgMar w:top="1051" w:right="1224" w:bottom="1008" w:left="122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F9DF9F" w14:textId="77777777" w:rsidR="001674EC" w:rsidRDefault="001674EC">
      <w:pPr>
        <w:spacing w:after="0" w:line="240" w:lineRule="auto"/>
      </w:pPr>
      <w:r>
        <w:separator/>
      </w:r>
    </w:p>
  </w:endnote>
  <w:endnote w:type="continuationSeparator" w:id="0">
    <w:p w14:paraId="7FE8C838" w14:textId="77777777" w:rsidR="001674EC" w:rsidRDefault="001674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altName w:val="Cambria"/>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F0BDE2" w14:textId="77777777" w:rsidR="00346248" w:rsidRDefault="007F4E90">
    <w:pPr>
      <w:pStyle w:val="Footer"/>
      <w:jc w:val="center"/>
    </w:pPr>
    <w:r>
      <w:rPr>
        <w:sz w:val="16"/>
      </w:rPr>
      <w:t xml:space="preserve">CONNECTED FUTURES PARTNERSHIP </w:t>
    </w:r>
    <w:proofErr w:type="gramStart"/>
    <w:r>
      <w:rPr>
        <w:sz w:val="16"/>
      </w:rPr>
      <w:t>FEDERATION  |</w:t>
    </w:r>
    <w:proofErr w:type="gramEnd"/>
    <w:r>
      <w:rPr>
        <w:sz w:val="16"/>
      </w:rPr>
      <w:t xml:space="preserve">  Every child deserves the opportunity to thrive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70C149" w14:textId="77777777" w:rsidR="001674EC" w:rsidRDefault="001674EC">
      <w:pPr>
        <w:spacing w:after="0" w:line="240" w:lineRule="auto"/>
      </w:pPr>
      <w:r>
        <w:separator/>
      </w:r>
    </w:p>
  </w:footnote>
  <w:footnote w:type="continuationSeparator" w:id="0">
    <w:p w14:paraId="72EDDB0B" w14:textId="77777777" w:rsidR="001674EC" w:rsidRDefault="001674E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CA54C3F"/>
    <w:multiLevelType w:val="hybridMultilevel"/>
    <w:tmpl w:val="856E3D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41E4D"/>
    <w:rsid w:val="0015074B"/>
    <w:rsid w:val="001674EC"/>
    <w:rsid w:val="0029639D"/>
    <w:rsid w:val="00326F90"/>
    <w:rsid w:val="00346248"/>
    <w:rsid w:val="003846F8"/>
    <w:rsid w:val="007A7213"/>
    <w:rsid w:val="007F4E90"/>
    <w:rsid w:val="00AA1D8D"/>
    <w:rsid w:val="00B47730"/>
    <w:rsid w:val="00CB0664"/>
    <w:rsid w:val="00FC693F"/>
    <w:rsid w:val="00FE081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5210732"/>
  <w14:defaultImageDpi w14:val="300"/>
  <w15:docId w15:val="{396CE81F-042C-5946-954D-1CD07AA196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40"/>
    </w:pPr>
    <w:rPr>
      <w:rFonts w:ascii="Aptos" w:hAnsi="Aptos"/>
      <w:color w:val="2A333D"/>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134A69"/>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34A69"/>
      <w:spacing w:val="5"/>
      <w:kern w:val="28"/>
      <w:sz w:val="3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5900022">
      <w:bodyDiv w:val="1"/>
      <w:marLeft w:val="0"/>
      <w:marRight w:val="0"/>
      <w:marTop w:val="0"/>
      <w:marBottom w:val="0"/>
      <w:divBdr>
        <w:top w:val="none" w:sz="0" w:space="0" w:color="auto"/>
        <w:left w:val="none" w:sz="0" w:space="0" w:color="auto"/>
        <w:bottom w:val="none" w:sz="0" w:space="0" w:color="auto"/>
        <w:right w:val="none" w:sz="0" w:space="0" w:color="auto"/>
      </w:divBdr>
    </w:div>
    <w:div w:id="680473522">
      <w:bodyDiv w:val="1"/>
      <w:marLeft w:val="0"/>
      <w:marRight w:val="0"/>
      <w:marTop w:val="0"/>
      <w:marBottom w:val="0"/>
      <w:divBdr>
        <w:top w:val="none" w:sz="0" w:space="0" w:color="auto"/>
        <w:left w:val="none" w:sz="0" w:space="0" w:color="auto"/>
        <w:bottom w:val="none" w:sz="0" w:space="0" w:color="auto"/>
        <w:right w:val="none" w:sz="0" w:space="0" w:color="auto"/>
      </w:divBdr>
    </w:div>
    <w:div w:id="129074555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2</Pages>
  <Words>557</Words>
  <Characters>3179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3729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laurenp@oxford.local</cp:lastModifiedBy>
  <cp:revision>3</cp:revision>
  <dcterms:created xsi:type="dcterms:W3CDTF">2026-11-03T12:30:00Z</dcterms:created>
  <dcterms:modified xsi:type="dcterms:W3CDTF">2026-11-05T16:33:00Z</dcterms:modified>
  <cp:category/>
</cp:coreProperties>
</file>